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Cancellation for Breach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[buyer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[street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[city, state, zip code]</w:t>
      </w:r>
    </w:p>
    <w:p>
      <w:pPr>
        <w:keepNext w:val="0"/>
        <w:spacing w:before="120" w:after="0" w:line="260" w:lineRule="exact"/>
        <w:ind w:left="36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Re: Cancellation of [name/date of sales agreement]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[name]: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take notice that because of your breach of the [name/date of agreement, e.g., Sales Agreement dated July 1, 2021] (the "Agreement"), we elect to cancel the Agreement. Pursuant to the Agreement. you agreed to purchase [description of goods] from us in connection with your business. [description of buyer's breach, e.g., Pursuant to [section, e.g., Section 5] of the Agreement, you were required to secure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confirmed letter of credit from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reputable bank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amount equal to the purchase price of the goods. You were required to provide confirmation within [number, e.g., 30 days] after the Agreement was entered, on or before [date]. To date, we have not received such confirmation or any indication that you have obtained the required letter of credit.] We have turned this matter over to our attorneys with instructions to pursue all remedies available to us in addition to cancellation.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Very truly yours,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[seller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 ________________________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