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Cancellation of Preliminary Notice upon Full Payment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CANCELLATION OF PRELIMINARY NOTICE UPON FULL PAYMENT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Clerk, Superior Court of [county], Georgia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You are authorized and directed to cancel of record the preliminary notice of lien rights filed on the property owned by [name of owner] on [date] and recorded in Book [book number] Page [page number] of preliminary notices kept by you.</w:t>
      </w:r>
    </w:p>
    <w:p>
      <w:pPr>
        <w:keepNext w:val="0"/>
        <w:spacing w:before="120" w:after="0" w:line="260" w:lineRule="exact"/>
        <w:ind w:left="36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This [day] day of [month], 20[year].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signatory]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[signatory capacity (owner or attorney)]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