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Capital Contribution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[name], the undersigned Member of the [name of LLC], L.L.C., hereby promise to said company to pay the sum of [amount] dollars in the form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certified check drawn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duly licensed United States bank, said check to be delivered to [name of LLC], L.L.C. on or before [date]. Said sum of [amount of note] dollars represents my capital contribution to [name of LLC], L.L.C.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make this obligation to [name of LLC], L.L.C. in accordance with Section 501 of the Limited Liability Company Law of the State of New York, which statute specifically authorizes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promissory note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form of capital contribution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limited liability company.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 w:val="0"/>
          <w:sz w:val="24"/>
        </w:rPr>
        <w:t>Signature of Member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(Acknowledgement)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