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CAR ACCIDENT DEMAND LETTER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letter is recognized as official notice that payment is being demanded for the car accident that occurred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 The total demand amount, after calculating direct payments along with the pain and suffering of the event, is 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 breakdown of the total amount is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INJURIES/TREATMENT: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OUT-OF-POCKET EXPENSES: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LOST WAGES/EARNINGS: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  <w:r>
        <w:rPr>
          <w:rFonts w:ascii="Times New Roman" w:hAnsi="Times New Roman" w:eastAsia="Times New Roman" w:cs="Times New Roman"/>
          <w:sz w:val="24"/>
        </w:rPr>
        <w:t>PAIN AND SUFFERING: $</w:t>
      </w:r>
      <w:r>
        <w:rPr>
          <w:rFonts w:ascii="Times New Roman" w:hAnsi="Times New Roman" w:eastAsia="Times New Roman" w:cs="Times New Roman"/>
          <w:sz w:val="24"/>
        </w:rPr>
        <w:t>[DOLLAR AMOUNT]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STATEMENT OF FACTS: CAR ACCIDENT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at approximately </w:t>
      </w:r>
      <w:r>
        <w:rPr>
          <w:rFonts w:ascii="Times New Roman" w:hAnsi="Times New Roman" w:eastAsia="Times New Roman" w:cs="Times New Roman"/>
          <w:sz w:val="24"/>
        </w:rPr>
        <w:t>[TIME]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 the following accident occurred as described: </w:t>
      </w:r>
      <w:r>
        <w:rPr>
          <w:rFonts w:ascii="Times New Roman" w:hAnsi="Times New Roman" w:eastAsia="Times New Roman" w:cs="Times New Roman"/>
          <w:sz w:val="24"/>
        </w:rPr>
        <w:t>[DESCRIPTION OF ACCIDENT]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INJURIES AND TREATMENT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Directly due to the car accident I had to sustain the following medical treatment: </w:t>
      </w:r>
      <w:r>
        <w:rPr>
          <w:rFonts w:ascii="Times New Roman" w:hAnsi="Times New Roman" w:eastAsia="Times New Roman" w:cs="Times New Roman"/>
          <w:sz w:val="24"/>
        </w:rPr>
        <w:t>[DESCRIPTION OF MEDICAL TREATMENT]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OUT-OF-POCKET EXPENSES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As a result of the car accident I was required to come up with the following out-of-pocket expenses: </w:t>
      </w:r>
      <w:r>
        <w:rPr>
          <w:rFonts w:ascii="Times New Roman" w:hAnsi="Times New Roman" w:eastAsia="Times New Roman" w:cs="Times New Roman"/>
          <w:sz w:val="24"/>
        </w:rPr>
        <w:t>[DESCRIPTION OF OUT-OF-POCKET EXPENSES]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LOST WAGES/EARNINGS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After the car accident, I lost the following wages and earnings as described: </w:t>
      </w:r>
      <w:r>
        <w:rPr>
          <w:rFonts w:ascii="Times New Roman" w:hAnsi="Times New Roman" w:eastAsia="Times New Roman" w:cs="Times New Roman"/>
          <w:sz w:val="24"/>
        </w:rPr>
        <w:t>[DESCRIPTION OF LOST WAGES AND EARNINGS]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PAIN AND SUFFERING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In consequence to the described events, I suffered the following: </w:t>
      </w:r>
      <w:r>
        <w:rPr>
          <w:rFonts w:ascii="Times New Roman" w:hAnsi="Times New Roman" w:eastAsia="Times New Roman" w:cs="Times New Roman"/>
          <w:sz w:val="24"/>
        </w:rPr>
        <w:t>[DESCRIPTION OF SUFFERING ENDURED]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After careful consideration of the issues involved in this claim, and a review of jury verdicts and insurance company settlements with similar fact patterns, I believe the total demand amount is represents a fair and equitable settlement amount.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