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CATERING CONTRACT</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Catering Contract (“Contract”)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w:t>
      </w:r>
    </w:p>
    <w:p>
      <w:pPr/>
    </w:p>
    <w:p>
      <w:pPr/>
      <w:r>
        <w:rPr>
          <w:rFonts w:ascii="Times New Roman" w:hAnsi="Times New Roman" w:eastAsia="Times New Roman" w:cs="Times New Roman"/>
          <w:sz w:val="24"/>
        </w:rPr>
        <w:t>Caterer</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CATERER]</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[CATERER'S MAILING ADDRESS]</w:t>
      </w:r>
      <w:r>
        <w:rPr>
          <w:rFonts w:ascii="Times New Roman" w:hAnsi="Times New Roman" w:eastAsia="Times New Roman" w:cs="Times New Roman"/>
          <w:sz w:val="24"/>
        </w:rPr>
        <w:t xml:space="preserve"> (“Caterer”), and</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CLIENT]</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[CLIENT'S MAILING ADDRESS]</w:t>
      </w:r>
      <w:r>
        <w:rPr>
          <w:rFonts w:ascii="Times New Roman" w:hAnsi="Times New Roman" w:eastAsia="Times New Roman" w:cs="Times New Roman"/>
          <w:sz w:val="24"/>
        </w:rPr>
        <w:t xml:space="preserve"> (“Client”).</w:t>
      </w:r>
    </w:p>
    <w:p>
      <w:pPr/>
    </w:p>
    <w:p>
      <w:pPr/>
      <w:r>
        <w:rPr>
          <w:rFonts w:ascii="Times New Roman" w:hAnsi="Times New Roman" w:eastAsia="Times New Roman" w:cs="Times New Roman"/>
          <w:sz w:val="24"/>
        </w:rPr>
        <w:t>The Caterer and the Client are each referred to herein as a “Party” and collectively as the “Parties.”</w:t>
      </w:r>
    </w:p>
    <w:p>
      <w:pPr/>
    </w:p>
    <w:p>
      <w:pPr/>
      <w:r>
        <w:rPr>
          <w:rFonts w:ascii="Times New Roman" w:hAnsi="Times New Roman" w:eastAsia="Times New Roman" w:cs="Times New Roman"/>
          <w:b/>
          <w:sz w:val="24"/>
        </w:rPr>
        <w:t>EVENT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Event Title: </w:t>
      </w:r>
      <w:r>
        <w:rPr>
          <w:rFonts w:ascii="Times New Roman" w:hAnsi="Times New Roman" w:eastAsia="Times New Roman" w:cs="Times New Roman"/>
          <w:sz w:val="24"/>
        </w:rPr>
        <w:t>[TITLE]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[ADDRESS]</w:t>
      </w: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Start Time: </w:t>
      </w:r>
      <w:r>
        <w:rPr>
          <w:rFonts w:ascii="Times New Roman" w:hAnsi="Times New Roman" w:eastAsia="Times New Roman" w:cs="Times New Roman"/>
          <w:sz w:val="24"/>
        </w:rPr>
        <w:t>[START TIME]</w:t>
      </w:r>
    </w:p>
    <w:p>
      <w:pPr/>
      <w:r>
        <w:rPr>
          <w:rFonts w:ascii="Times New Roman" w:hAnsi="Times New Roman" w:eastAsia="Times New Roman" w:cs="Times New Roman"/>
          <w:sz w:val="24"/>
        </w:rPr>
        <w:t xml:space="preserve">End Time: </w:t>
      </w:r>
      <w:r>
        <w:rPr>
          <w:rFonts w:ascii="Times New Roman" w:hAnsi="Times New Roman" w:eastAsia="Times New Roman" w:cs="Times New Roman"/>
          <w:sz w:val="24"/>
        </w:rPr>
        <w:t>[END TIME]</w:t>
      </w:r>
    </w:p>
    <w:p>
      <w:pPr/>
      <w:r>
        <w:rPr>
          <w:rFonts w:ascii="Times New Roman" w:hAnsi="Times New Roman" w:eastAsia="Times New Roman" w:cs="Times New Roman"/>
          <w:sz w:val="24"/>
        </w:rPr>
        <w:t xml:space="preserve">Additional Description (if any): </w:t>
      </w:r>
      <w:r>
        <w:rPr>
          <w:rFonts w:ascii="Times New Roman" w:hAnsi="Times New Roman" w:eastAsia="Times New Roman" w:cs="Times New Roman"/>
          <w:sz w:val="24"/>
        </w:rPr>
        <w:t>[DESCRIBE]</w:t>
      </w:r>
    </w:p>
    <w:p>
      <w:pPr/>
    </w:p>
    <w:p>
      <w:pPr/>
      <w:r>
        <w:rPr>
          <w:rFonts w:ascii="Times New Roman" w:hAnsi="Times New Roman" w:eastAsia="Times New Roman" w:cs="Times New Roman"/>
          <w:sz w:val="24"/>
        </w:rPr>
        <w:t>Hereinafter known as the “Event.”</w:t>
      </w:r>
    </w:p>
    <w:p>
      <w:pPr/>
    </w:p>
    <w:p>
      <w:pPr/>
      <w:r>
        <w:rPr>
          <w:rFonts w:ascii="Times New Roman" w:hAnsi="Times New Roman" w:eastAsia="Times New Roman" w:cs="Times New Roman"/>
          <w:b/>
          <w:sz w:val="24"/>
        </w:rPr>
        <w:t>ATTENDEES</w:t>
      </w:r>
      <w:r>
        <w:rPr>
          <w:rFonts w:ascii="Times New Roman" w:hAnsi="Times New Roman" w:eastAsia="Times New Roman" w:cs="Times New Roman"/>
          <w:sz w:val="24"/>
        </w:rPr>
        <w:t xml:space="preserve">. The Caterer agrees to provide Services for an estimated minimum of </w:t>
      </w:r>
      <w:r>
        <w:rPr>
          <w:rFonts w:ascii="Times New Roman" w:hAnsi="Times New Roman" w:eastAsia="Times New Roman" w:cs="Times New Roman"/>
          <w:sz w:val="24"/>
        </w:rPr>
        <w:t>[#]</w:t>
      </w:r>
      <w:r>
        <w:rPr>
          <w:rFonts w:ascii="Times New Roman" w:hAnsi="Times New Roman" w:eastAsia="Times New Roman" w:cs="Times New Roman"/>
          <w:sz w:val="24"/>
        </w:rPr>
        <w:t xml:space="preserve"> individuals at the Event (“Attendees”). If this number of Attendees should increase, the amount of the Total Fee shall be reflected in this Contract.</w:t>
      </w:r>
    </w:p>
    <w:p>
      <w:pPr/>
    </w:p>
    <w:p>
      <w:pPr/>
      <w:r>
        <w:rPr>
          <w:rFonts w:ascii="Times New Roman" w:hAnsi="Times New Roman" w:eastAsia="Times New Roman" w:cs="Times New Roman"/>
          <w:b/>
          <w:sz w:val="24"/>
        </w:rPr>
        <w:t>MENU</w:t>
      </w:r>
      <w:r>
        <w:rPr>
          <w:rFonts w:ascii="Times New Roman" w:hAnsi="Times New Roman" w:eastAsia="Times New Roman" w:cs="Times New Roman"/>
          <w:sz w:val="24"/>
        </w:rPr>
        <w:t xml:space="preserve">. All requested food items are mentioned in Attachment #1 of this Contract (“Menu”). This shall include all requests made by the Client and will be finalized no sooner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prior to the Event. If any changes are made that increase the costs to the Caterer, the Total Fee shall be reflected in this Contract.</w:t>
        <w:br/>
      </w:r>
    </w:p>
    <w:p>
      <w:pPr/>
      <w:r>
        <w:rPr>
          <w:rFonts w:ascii="Times New Roman" w:hAnsi="Times New Roman" w:eastAsia="Times New Roman" w:cs="Times New Roman"/>
          <w:b/>
          <w:sz w:val="24"/>
        </w:rPr>
        <w:t>FOOD SERVICES</w:t>
      </w:r>
      <w:r>
        <w:rPr>
          <w:rFonts w:ascii="Times New Roman" w:hAnsi="Times New Roman" w:eastAsia="Times New Roman" w:cs="Times New Roman"/>
          <w:sz w:val="24"/>
        </w:rPr>
        <w:t>. The Caterer agrees to deliver the items on the Menu at the Event in the following manner: (check all that apply)</w:t>
        <w:br/>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Food Truck</w:t>
      </w:r>
      <w:r>
        <w:rPr>
          <w:rFonts w:ascii="Times New Roman" w:hAnsi="Times New Roman" w:eastAsia="Times New Roman" w:cs="Times New Roman"/>
          <w:sz w:val="24"/>
        </w:rPr>
        <w:t>. To provide a food truck at the Event.</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Buffet</w:t>
      </w:r>
      <w:r>
        <w:rPr>
          <w:rFonts w:ascii="Times New Roman" w:hAnsi="Times New Roman" w:eastAsia="Times New Roman" w:cs="Times New Roman"/>
          <w:sz w:val="24"/>
        </w:rPr>
        <w:t>. A buffet-style experience with food stations.</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Hors d’Oeuvres</w:t>
      </w:r>
      <w:r>
        <w:rPr>
          <w:rFonts w:ascii="Times New Roman" w:hAnsi="Times New Roman" w:eastAsia="Times New Roman" w:cs="Times New Roman"/>
          <w:sz w:val="24"/>
        </w:rPr>
        <w:t xml:space="preser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servers offering food on small trays.</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Full Course Meal</w:t>
      </w:r>
      <w:r>
        <w:rPr>
          <w:rFonts w:ascii="Times New Roman" w:hAnsi="Times New Roman" w:eastAsia="Times New Roman" w:cs="Times New Roman"/>
          <w:sz w:val="24"/>
        </w:rPr>
        <w:t>. To serve an appetizer, main dish, and dessert.</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Tableware</w:t>
      </w:r>
      <w:r>
        <w:rPr>
          <w:rFonts w:ascii="Times New Roman" w:hAnsi="Times New Roman" w:eastAsia="Times New Roman" w:cs="Times New Roman"/>
          <w:sz w:val="24"/>
        </w:rPr>
        <w:t>. Providing plates, cups, and eating utensils.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Hereinafter known as the “Food Services.”</w:t>
      </w:r>
    </w:p>
    <w:p>
      <w:pPr/>
    </w:p>
    <w:p>
      <w:pPr/>
      <w:r>
        <w:rPr>
          <w:rFonts w:ascii="Times New Roman" w:hAnsi="Times New Roman" w:eastAsia="Times New Roman" w:cs="Times New Roman"/>
          <w:b/>
          <w:sz w:val="24"/>
        </w:rPr>
        <w:t>DRINK SERVICES</w:t>
      </w:r>
      <w:r>
        <w:rPr>
          <w:rFonts w:ascii="Times New Roman" w:hAnsi="Times New Roman" w:eastAsia="Times New Roman" w:cs="Times New Roman"/>
          <w:sz w:val="24"/>
        </w:rPr>
        <w:t>. The Caterer agrees to provide: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Drink Services</w:t>
      </w:r>
      <w:r>
        <w:rPr>
          <w:rFonts w:ascii="Times New Roman" w:hAnsi="Times New Roman" w:eastAsia="Times New Roman" w:cs="Times New Roman"/>
          <w:sz w:val="24"/>
        </w:rPr>
        <w:t>. No drinks will be provided by the Caterer.</w:t>
      </w:r>
    </w:p>
    <w:p>
      <w:pP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Drink Services</w:t>
      </w:r>
      <w:r>
        <w:rPr>
          <w:rFonts w:ascii="Times New Roman" w:hAnsi="Times New Roman" w:eastAsia="Times New Roman" w:cs="Times New Roman"/>
          <w:sz w:val="24"/>
        </w:rPr>
        <w:t>. The Caterer will deliver the items mentioned in Attachment #2 at the Event in the following manner: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Open Bar</w:t>
      </w:r>
      <w:r>
        <w:rPr>
          <w:rFonts w:ascii="Times New Roman" w:hAnsi="Times New Roman" w:eastAsia="Times New Roman" w:cs="Times New Roman"/>
          <w:sz w:val="24"/>
        </w:rPr>
        <w:t xml:space="preserve">. Allows Attendees to be served with: (check one)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maximum limit on consumption.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maximum limit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on consumption.</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Cash Bar</w:t>
      </w:r>
      <w:r>
        <w:rPr>
          <w:rFonts w:ascii="Times New Roman" w:hAnsi="Times New Roman" w:eastAsia="Times New Roman" w:cs="Times New Roman"/>
          <w:sz w:val="24"/>
        </w:rPr>
        <w:t>. Attendees are responsible to pay for their own consumption.</w:t>
      </w:r>
    </w:p>
    <w:p>
      <w:pPr/>
    </w:p>
    <w:p>
      <w:pPr/>
      <w:r>
        <w:rPr>
          <w:rFonts w:ascii="Times New Roman" w:hAnsi="Times New Roman" w:eastAsia="Times New Roman" w:cs="Times New Roman"/>
          <w:sz w:val="24"/>
        </w:rPr>
        <w:t>Hereinafter known as the “Drink Services.” The Food Services and Drink Services shall be referred to collectively as the “Services.”</w:t>
      </w:r>
    </w:p>
    <w:p>
      <w:pPr/>
    </w:p>
    <w:p>
      <w:pPr/>
      <w:r>
        <w:rPr>
          <w:rFonts w:ascii="Times New Roman" w:hAnsi="Times New Roman" w:eastAsia="Times New Roman" w:cs="Times New Roman"/>
          <w:b/>
          <w:sz w:val="24"/>
        </w:rPr>
        <w:t>CALCULATION OF FEES</w:t>
      </w:r>
      <w:r>
        <w:rPr>
          <w:rFonts w:ascii="Times New Roman" w:hAnsi="Times New Roman" w:eastAsia="Times New Roman" w:cs="Times New Roman"/>
          <w:sz w:val="24"/>
        </w:rPr>
        <w:t>. In exchange for the Food Services provided, the Client agrees to pay the Caterer based on: (check one)</w:t>
        <w:br/>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Flat Fee</w:t>
      </w:r>
      <w:r>
        <w:rPr>
          <w:rFonts w:ascii="Times New Roman" w:hAnsi="Times New Roman" w:eastAsia="Times New Roman" w:cs="Times New Roman"/>
          <w:sz w:val="24"/>
        </w:rPr>
        <w:t>. A total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ind w:firstLine="3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Attendee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 Attendee.</w:t>
      </w:r>
    </w:p>
    <w:p>
      <w:pPr>
        <w:ind w:firstLine="3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Hourly Fee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 hour with a minimum of </w:t>
      </w:r>
      <w:r>
        <w:rPr>
          <w:rFonts w:ascii="Times New Roman" w:hAnsi="Times New Roman" w:eastAsia="Times New Roman" w:cs="Times New Roman"/>
          <w:sz w:val="24"/>
        </w:rPr>
        <w:t>[#]</w:t>
      </w:r>
      <w:r>
        <w:rPr>
          <w:rFonts w:ascii="Times New Roman" w:hAnsi="Times New Roman" w:eastAsia="Times New Roman" w:cs="Times New Roman"/>
          <w:sz w:val="24"/>
        </w:rPr>
        <w:t xml:space="preserve"> hours.</w:t>
      </w:r>
    </w:p>
    <w:p>
      <w:pPr>
        <w:ind w:firstLine="3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ind w:firstLine="360"/>
      </w:pPr>
    </w:p>
    <w:p>
      <w:pPr/>
      <w:r>
        <w:rPr>
          <w:rFonts w:ascii="Times New Roman" w:hAnsi="Times New Roman" w:eastAsia="Times New Roman" w:cs="Times New Roman"/>
          <w:sz w:val="24"/>
        </w:rPr>
        <w:t>Drink Services to be billed separately. The amount mentioned in this section and the total due for the Drink Services shall be referred to as the “Total Amount.”</w:t>
      </w:r>
    </w:p>
    <w:p>
      <w:pPr/>
    </w:p>
    <w:p>
      <w:pPr/>
      <w:r>
        <w:rPr>
          <w:rFonts w:ascii="Times New Roman" w:hAnsi="Times New Roman" w:eastAsia="Times New Roman" w:cs="Times New Roman"/>
          <w:b/>
          <w:sz w:val="24"/>
        </w:rPr>
        <w:t>DEPOSIT</w:t>
      </w:r>
      <w:r>
        <w:rPr>
          <w:rFonts w:ascii="Times New Roman" w:hAnsi="Times New Roman" w:eastAsia="Times New Roman" w:cs="Times New Roman"/>
          <w:sz w:val="24"/>
        </w:rPr>
        <w:t xml:space="preserve">. As part of this Contract, the Caterer requires: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Deposit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is required at the time of signing this Contract. The amount shall serve as consideration.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Deposit</w:t>
      </w:r>
      <w:r>
        <w:rPr>
          <w:rFonts w:ascii="Times New Roman" w:hAnsi="Times New Roman" w:eastAsia="Times New Roman" w:cs="Times New Roman"/>
          <w:sz w:val="24"/>
        </w:rPr>
        <w:t>. There is no money due at the time of signing this Contract. The good faith promise of performing under this Contract, by both Parties, shall serve as consideration.</w:t>
      </w:r>
    </w:p>
    <w:p>
      <w:pPr/>
    </w:p>
    <w:p>
      <w:pPr/>
      <w:r>
        <w:rPr>
          <w:rFonts w:ascii="Times New Roman" w:hAnsi="Times New Roman" w:eastAsia="Times New Roman" w:cs="Times New Roman"/>
          <w:sz w:val="24"/>
        </w:rPr>
        <w:t>Hereinafter known as the “Deposit.”</w:t>
      </w:r>
    </w:p>
    <w:p>
      <w:pPr/>
    </w:p>
    <w:p>
      <w:pPr/>
      <w:r>
        <w:rPr>
          <w:rFonts w:ascii="Times New Roman" w:hAnsi="Times New Roman" w:eastAsia="Times New Roman" w:cs="Times New Roman"/>
          <w:b/>
          <w:sz w:val="24"/>
        </w:rPr>
        <w:t>TERMS OF PAYMENT</w:t>
      </w:r>
      <w:r>
        <w:rPr>
          <w:rFonts w:ascii="Times New Roman" w:hAnsi="Times New Roman" w:eastAsia="Times New Roman" w:cs="Times New Roman"/>
          <w:sz w:val="24"/>
        </w:rPr>
        <w:t>. The Client will be responsible to pay the Caterer for the Total Amount upon: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Receipt of Invoice</w:t>
      </w:r>
      <w:r>
        <w:rPr>
          <w:rFonts w:ascii="Times New Roman" w:hAnsi="Times New Roman" w:eastAsia="Times New Roman" w:cs="Times New Roman"/>
          <w:sz w:val="24"/>
        </w:rPr>
        <w:t xml:space="preserve">. The Client shall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to pay.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Date</w:t>
      </w:r>
      <w:r>
        <w:rPr>
          <w:rFonts w:ascii="Times New Roman" w:hAnsi="Times New Roman" w:eastAsia="Times New Roman" w:cs="Times New Roman"/>
          <w:sz w:val="24"/>
        </w:rPr>
        <w:t xml:space="preserve">. The Client is required to pay the Total Amount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ind w:firstLine="3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ind w:firstLine="360"/>
      </w:pPr>
    </w:p>
    <w:p>
      <w:pPr/>
      <w:r>
        <w:rPr>
          <w:rFonts w:ascii="Times New Roman" w:hAnsi="Times New Roman" w:eastAsia="Times New Roman" w:cs="Times New Roman"/>
          <w:b/>
          <w:sz w:val="24"/>
        </w:rPr>
        <w:t>METHODS OF PAYMENT</w:t>
      </w:r>
      <w:r>
        <w:rPr>
          <w:rFonts w:ascii="Times New Roman" w:hAnsi="Times New Roman" w:eastAsia="Times New Roman" w:cs="Times New Roman"/>
          <w:sz w:val="24"/>
        </w:rPr>
        <w:t>. The Caterer’s acceptable methods of payment are as follows: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Check</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Credit Card</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Venmo</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LATE FEES</w:t>
      </w:r>
      <w:r>
        <w:rPr>
          <w:rFonts w:ascii="Times New Roman" w:hAnsi="Times New Roman" w:eastAsia="Times New Roman" w:cs="Times New Roman"/>
          <w:sz w:val="24"/>
        </w:rPr>
        <w:t>. If a payment due by the Client is not made within the requirements mentioned in Section IX, there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There shall be no late fee due by the Client.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Late Fee</w:t>
      </w:r>
      <w:r>
        <w:rPr>
          <w:rFonts w:ascii="Times New Roman" w:hAnsi="Times New Roman" w:eastAsia="Times New Roman" w:cs="Times New Roman"/>
          <w:sz w:val="24"/>
        </w:rPr>
        <w:t>. The Client will be charged: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Flat Fee</w:t>
      </w:r>
      <w:r>
        <w:rPr>
          <w:rFonts w:ascii="Times New Roman" w:hAnsi="Times New Roman" w:eastAsia="Times New Roman" w:cs="Times New Roman"/>
          <w:sz w:val="24"/>
        </w:rPr>
        <w:t>. The flat fee is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day payment is late.</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Based on Interest</w:t>
      </w:r>
      <w:r>
        <w:rPr>
          <w:rFonts w:ascii="Times New Roman" w:hAnsi="Times New Roman" w:eastAsia="Times New Roman" w:cs="Times New Roman"/>
          <w:sz w:val="24"/>
        </w:rPr>
        <w:t xml:space="preserve">. Interest of </w:t>
      </w:r>
      <w:r>
        <w:rPr>
          <w:rFonts w:ascii="Times New Roman" w:hAnsi="Times New Roman" w:eastAsia="Times New Roman" w:cs="Times New Roman"/>
          <w:sz w:val="24"/>
        </w:rPr>
        <w:t>[#]</w:t>
      </w:r>
      <w:r>
        <w:rPr>
          <w:rFonts w:ascii="Times New Roman" w:hAnsi="Times New Roman" w:eastAsia="Times New Roman" w:cs="Times New Roman"/>
          <w:sz w:val="24"/>
        </w:rPr>
        <w:t>% will be charged on the outstanding balance due for each month payment is late.</w:t>
      </w:r>
    </w:p>
    <w:p>
      <w:pPr/>
    </w:p>
    <w:p>
      <w:pPr/>
      <w:r>
        <w:rPr>
          <w:rFonts w:ascii="Times New Roman" w:hAnsi="Times New Roman" w:eastAsia="Times New Roman" w:cs="Times New Roman"/>
          <w:b/>
          <w:sz w:val="24"/>
        </w:rPr>
        <w:t>EVENT CHANGES</w:t>
      </w:r>
      <w:r>
        <w:rPr>
          <w:rFonts w:ascii="Times New Roman" w:hAnsi="Times New Roman" w:eastAsia="Times New Roman" w:cs="Times New Roman"/>
          <w:sz w:val="24"/>
        </w:rPr>
        <w:t>. After the signing of this Contract, changes to the Event by the Client: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 be Made</w:t>
      </w:r>
      <w:r>
        <w:rPr>
          <w:rFonts w:ascii="Times New Roman" w:hAnsi="Times New Roman" w:eastAsia="Times New Roman" w:cs="Times New Roman"/>
          <w:sz w:val="24"/>
        </w:rPr>
        <w:t xml:space="preserve">. A change or cancellation of the Event is allowed no sooner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prior to the Event. If a change or cancellation of the Event occurs sooner than such time period: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Payment is Required</w:t>
      </w:r>
      <w:r>
        <w:rPr>
          <w:rFonts w:ascii="Times New Roman" w:hAnsi="Times New Roman" w:eastAsia="Times New Roman" w:cs="Times New Roman"/>
          <w:sz w:val="24"/>
        </w:rPr>
        <w:t>. A payment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Deposit will be made non-refundable to the Caterer.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Total Amount will be due and payable by the Client to the Caterer.</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Payment is NOT Required</w:t>
      </w:r>
      <w:r>
        <w:rPr>
          <w:rFonts w:ascii="Times New Roman" w:hAnsi="Times New Roman" w:eastAsia="Times New Roman" w:cs="Times New Roman"/>
          <w:sz w:val="24"/>
        </w:rPr>
        <w:t>. No payment will be due by the Client and any Deposit made will be fully refunded.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Cannot be Made</w:t>
      </w:r>
      <w:r>
        <w:rPr>
          <w:rFonts w:ascii="Times New Roman" w:hAnsi="Times New Roman" w:eastAsia="Times New Roman" w:cs="Times New Roman"/>
          <w:sz w:val="24"/>
        </w:rPr>
        <w:t>. If there is a change or cancellation by the Client, at any time after the signing of this Contract, a payment is required of: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Deposit will be made non-refundable to the Caterer.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Total Amount will be due and payable by the Client to the Caterer.</w:t>
      </w:r>
    </w:p>
    <w:p>
      <w:pPr/>
    </w:p>
    <w:p>
      <w:pPr/>
      <w:r>
        <w:rPr>
          <w:rFonts w:ascii="Times New Roman" w:hAnsi="Times New Roman" w:eastAsia="Times New Roman" w:cs="Times New Roman"/>
          <w:b/>
          <w:sz w:val="24"/>
        </w:rPr>
        <w:t>MISCELLANEOUS</w:t>
      </w:r>
      <w:r>
        <w:rPr>
          <w:rFonts w:ascii="Times New Roman" w:hAnsi="Times New Roman" w:eastAsia="Times New Roman" w:cs="Times New Roman"/>
          <w:sz w:val="24"/>
        </w:rPr>
        <w:t>. The Caterer and the Client agree to the following:</w:t>
      </w:r>
    </w:p>
    <w:p>
      <w:pPr/>
      <w:r>
        <w:rPr>
          <w:rFonts w:ascii="Times New Roman" w:hAnsi="Times New Roman" w:eastAsia="Times New Roman" w:cs="Times New Roman"/>
          <w:b/>
          <w:sz w:val="24"/>
        </w:rPr>
        <w:t>Independent Contractor</w:t>
      </w:r>
      <w:r>
        <w:rPr>
          <w:rFonts w:ascii="Times New Roman" w:hAnsi="Times New Roman" w:eastAsia="Times New Roman" w:cs="Times New Roman"/>
          <w:sz w:val="24"/>
        </w:rPr>
        <w:t>. It is agreed that the Caterer will be considered an independent contractor for the purposes of this Contract, that they will maintain their own independent business and furthermore will use their own tools and equipment in fulfilling the Contract.</w:t>
      </w:r>
    </w:p>
    <w:p>
      <w:pPr/>
      <w:r>
        <w:rPr>
          <w:rFonts w:ascii="Times New Roman" w:hAnsi="Times New Roman" w:eastAsia="Times New Roman" w:cs="Times New Roman"/>
          <w:b/>
          <w:sz w:val="24"/>
        </w:rPr>
        <w:t>Taxes</w:t>
      </w:r>
      <w:r>
        <w:rPr>
          <w:rFonts w:ascii="Times New Roman" w:hAnsi="Times New Roman" w:eastAsia="Times New Roman" w:cs="Times New Roman"/>
          <w:sz w:val="24"/>
        </w:rPr>
        <w:t>. Any taxes due as part of the Caterer providing their Services in this Contract are the sole responsibility of the Caterer.</w:t>
      </w:r>
    </w:p>
    <w:p>
      <w:pPr/>
      <w:r>
        <w:rPr>
          <w:rFonts w:ascii="Times New Roman" w:hAnsi="Times New Roman" w:eastAsia="Times New Roman" w:cs="Times New Roman"/>
          <w:b/>
          <w:sz w:val="24"/>
        </w:rPr>
        <w:t>Additional Services</w:t>
      </w:r>
      <w:r>
        <w:rPr>
          <w:rFonts w:ascii="Times New Roman" w:hAnsi="Times New Roman" w:eastAsia="Times New Roman" w:cs="Times New Roman"/>
          <w:sz w:val="24"/>
        </w:rPr>
        <w:t>. Any additional services (“Additional Services”) must be requested by the Client in writing and are subject to rejection by the Caterer should said request be impossible or inconvenient to meet. Should a request for Additional Services be accepted, the Client agrees to pay for any and all fees charged by the Caterer for such.</w:t>
      </w:r>
    </w:p>
    <w:p>
      <w:pPr/>
      <w:r>
        <w:rPr>
          <w:rFonts w:ascii="Times New Roman" w:hAnsi="Times New Roman" w:eastAsia="Times New Roman" w:cs="Times New Roman"/>
          <w:b/>
          <w:sz w:val="24"/>
        </w:rPr>
        <w:t>Damage to Equipment</w:t>
      </w:r>
      <w:r>
        <w:rPr>
          <w:rFonts w:ascii="Times New Roman" w:hAnsi="Times New Roman" w:eastAsia="Times New Roman" w:cs="Times New Roman"/>
          <w:sz w:val="24"/>
        </w:rPr>
        <w:t>. The Client will be responsible for any damage or loss to the Caterer’s equipment due to misuse or theft by the Client or any guest of the Client and in the case of a force majeure event (including but not limited to fires, floods, inclement weather, and earthquakes).</w:t>
      </w:r>
    </w:p>
    <w:p>
      <w:pPr/>
      <w:r>
        <w:rPr>
          <w:rFonts w:ascii="Times New Roman" w:hAnsi="Times New Roman" w:eastAsia="Times New Roman" w:cs="Times New Roman"/>
          <w:b/>
          <w:sz w:val="24"/>
        </w:rPr>
        <w:t>Liability and Indemnification</w:t>
      </w:r>
      <w:r>
        <w:rPr>
          <w:rFonts w:ascii="Times New Roman" w:hAnsi="Times New Roman" w:eastAsia="Times New Roman" w:cs="Times New Roman"/>
          <w:sz w:val="24"/>
        </w:rPr>
        <w:t>. The Caterer will not be liable for direct, indirect, incidental, or consequential damages (including, but not limited to, damages for lost profits or increased expenses) with respect to any claim related to this Contract and the Services provided. The Client indemnifies and holds harmless the Caterer and any subcontractors working with the Caterer against all liability related to the Client's Event from the date of the Event and on into the future. The Client will assume all legal fees claimed by third persons, provided that such loss or damage was not caused by the fault or negligence of the Caterer or its employees, agents, or subcontractors. Furthermore, the Caterer has the right to cancel, at any time and without notice, the Services mentioned in this Contract with no liability or obligation to the Client other than refunds of any Deposit or advanced payments made by the Client.</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Should any provision of this Agreement be determined to be void, invalid, unenforceable, or illegal for whatever reason, such provision(s) shall be null and void; provided, however, that the remaining provisions of this Agreement shall be unaffected thereby and shall continue to be valid and enforceable.</w:t>
        <w:br/>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Contract shall be construed and governed in accordance with the laws located in the State of where the Event is taking place.</w:t>
      </w:r>
    </w:p>
    <w:p>
      <w:pP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CONTRACT</w:t>
      </w:r>
      <w:r>
        <w:rPr>
          <w:rFonts w:ascii="Times New Roman" w:hAnsi="Times New Roman" w:eastAsia="Times New Roman" w:cs="Times New Roman"/>
          <w:sz w:val="24"/>
        </w:rPr>
        <w:t>. This Contract constitutes the entire Contract between the Parties. No modification or amendment of this Contract shall be effective unless in writing and signed by both Parties.</w:t>
      </w:r>
    </w:p>
    <w:p>
      <w:pP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Caterer and the Client each represent and warrant to the other that each person executing this Contract on behalf of each party is duly authorized to execute and deliver this Contract on behalf of that party.</w:t>
      </w:r>
    </w:p>
    <w:p>
      <w:pPr/>
    </w:p>
    <w:p>
      <w:pPr/>
      <w:r>
        <w:rPr>
          <w:rFonts w:ascii="Times New Roman" w:hAnsi="Times New Roman" w:eastAsia="Times New Roman" w:cs="Times New Roman"/>
          <w:sz w:val="24"/>
        </w:rPr>
        <w:t>The parties have duly executed this Agreement as of the date first written above.</w:t>
      </w:r>
    </w:p>
    <w:p>
      <w:pPr/>
    </w:p>
    <w:p>
      <w:pPr/>
    </w:p>
    <w:p>
      <w:pPr/>
      <w:r>
        <w:rPr>
          <w:rFonts w:ascii="Times New Roman" w:hAnsi="Times New Roman" w:eastAsia="Times New Roman" w:cs="Times New Roman"/>
          <w:b/>
          <w:sz w:val="24"/>
        </w:rPr>
        <w:t>Caterer’s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 _________________________</w:t>
      </w:r>
    </w:p>
    <w:p>
      <w:pPr>
        <w:spacing w:before="0" w:after="0"/>
        <w:jc w:val="center"/>
      </w:pPr>
      <w:r>
        <w:rPr>
          <w:rFonts w:ascii="Times New Roman" w:hAnsi="Times New Roman" w:eastAsia="Times New Roman" w:cs="Times New Roman"/>
          <w:b/>
          <w:sz w:val="24"/>
        </w:rPr>
        <w:t>ATTACHMENT #1 – FOOD REQUESTS</w:t>
      </w:r>
    </w:p>
    <w:p>
      <w:pPr/>
    </w:p>
    <w:p>
      <w:pPr/>
      <w:r>
        <w:rPr>
          <w:rFonts w:ascii="Times New Roman" w:hAnsi="Times New Roman" w:eastAsia="Times New Roman" w:cs="Times New Roman"/>
          <w:b/>
          <w:sz w:val="24"/>
        </w:rPr>
        <w:t>REQUESTED ITEMS</w:t>
      </w:r>
    </w:p>
    <w:p>
      <w:pPr/>
    </w:p>
    <w:p>
      <w:pPr/>
      <w:r>
        <w:rPr>
          <w:rFonts w:ascii="Times New Roman" w:hAnsi="Times New Roman" w:eastAsia="Times New Roman" w:cs="Times New Roman"/>
          <w:sz w:val="24"/>
        </w:rPr>
        <w:t>[REQUESTED FOOD ITEMS]</w:t>
      </w:r>
    </w:p>
    <w:p>
      <w:pPr/>
    </w:p>
    <w:p>
      <w:pPr/>
      <w:r>
        <w:rPr>
          <w:rFonts w:ascii="Times New Roman" w:hAnsi="Times New Roman" w:eastAsia="Times New Roman" w:cs="Times New Roman"/>
          <w:b/>
          <w:sz w:val="24"/>
        </w:rPr>
        <w:t>PROHIBITED ITEMS</w:t>
      </w:r>
    </w:p>
    <w:p>
      <w:pPr/>
    </w:p>
    <w:p>
      <w:pPr/>
      <w:r>
        <w:rPr>
          <w:rFonts w:ascii="Times New Roman" w:hAnsi="Times New Roman" w:eastAsia="Times New Roman" w:cs="Times New Roman"/>
          <w:sz w:val="24"/>
        </w:rPr>
        <w:t>[PROHIBITED FOOD ITEMS]</w:t>
      </w:r>
    </w:p>
    <w:p>
      <w:pPr/>
    </w:p>
    <w:p>
      <w:pPr/>
    </w:p>
    <w:p>
      <w:pPr/>
    </w:p>
    <w:p>
      <w:pPr/>
    </w:p>
    <w:p>
      <w:pPr>
        <w:spacing w:before="0" w:after="0"/>
        <w:jc w:val="center"/>
      </w:pPr>
      <w:r>
        <w:rPr>
          <w:rFonts w:ascii="Times New Roman" w:hAnsi="Times New Roman" w:eastAsia="Times New Roman" w:cs="Times New Roman"/>
          <w:b/>
          <w:sz w:val="24"/>
        </w:rPr>
        <w:t>ATTACHMENT #2 – DRINK REQUESTS</w:t>
      </w:r>
    </w:p>
    <w:p>
      <w:pPr/>
    </w:p>
    <w:p>
      <w:pPr/>
      <w:r>
        <w:rPr>
          <w:rFonts w:ascii="Times New Roman" w:hAnsi="Times New Roman" w:eastAsia="Times New Roman" w:cs="Times New Roman"/>
          <w:b/>
          <w:sz w:val="24"/>
        </w:rPr>
        <w:t>REQUESTED ALCOHOLIC DRINKS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(check here </w:t>
      </w:r>
      <w:r>
        <w:rPr>
          <w:rFonts w:ascii="Times New Roman" w:hAnsi="Times New Roman" w:eastAsia="Times New Roman" w:cs="Times New Roman"/>
          <w:sz w:val="24"/>
        </w:rPr>
        <w:t xml:space="preserve"> if no alcohol will be served)</w:t>
      </w:r>
    </w:p>
    <w:p>
      <w:pPr/>
    </w:p>
    <w:p>
      <w:pPr/>
      <w:r>
        <w:rPr>
          <w:rFonts w:ascii="Times New Roman" w:hAnsi="Times New Roman" w:eastAsia="Times New Roman" w:cs="Times New Roman"/>
          <w:sz w:val="24"/>
        </w:rPr>
        <w:t>[REQUESTED ALCOHOLIC DRINKS]</w:t>
      </w:r>
    </w:p>
    <w:p>
      <w:pPr/>
    </w:p>
    <w:p>
      <w:pPr/>
      <w:r>
        <w:rPr>
          <w:rFonts w:ascii="Times New Roman" w:hAnsi="Times New Roman" w:eastAsia="Times New Roman" w:cs="Times New Roman"/>
          <w:b/>
          <w:sz w:val="24"/>
        </w:rPr>
        <w:t>REQUESTED NON-ALCOHOLIC DRINKS</w:t>
      </w:r>
    </w:p>
    <w:p>
      <w:pPr/>
    </w:p>
    <w:p>
      <w:pPr/>
      <w:r>
        <w:rPr>
          <w:rFonts w:ascii="Times New Roman" w:hAnsi="Times New Roman" w:eastAsia="Times New Roman" w:cs="Times New Roman"/>
          <w:sz w:val="24"/>
        </w:rPr>
        <w:t>[REQUESTED NON-ALCOHOLIC DRINKS]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