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Cease and Desist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[Former employer’s representative’s name], [Title]</w:t>
      </w:r>
    </w:p>
    <w:p>
      <w:pPr>
        <w:keepNext w:val="0"/>
        <w:spacing w:before="200" w:after="0" w:line="260" w:lineRule="exact"/>
        <w:ind w:left="360" w:right="0" w:firstLine="0"/>
        <w:jc w:val="both"/>
      </w:pPr>
      <w:r>
        <w:rPr>
          <w:rFonts w:ascii="Times New Roman" w:hAnsi="Times New Roman" w:eastAsia="Times New Roman" w:cs="Times New Roman"/>
          <w:b w:val="0"/>
          <w:sz w:val="24"/>
        </w:rPr>
        <w:t>[Name of former employer]</w:t>
      </w:r>
    </w:p>
    <w:p>
      <w:pPr>
        <w:keepNext w:val="0"/>
        <w:spacing w:before="200" w:after="0" w:line="260" w:lineRule="exact"/>
        <w:ind w:left="360" w:right="0" w:firstLine="0"/>
        <w:jc w:val="both"/>
      </w:pPr>
      <w:r>
        <w:rPr>
          <w:rFonts w:ascii="Times New Roman" w:hAnsi="Times New Roman" w:eastAsia="Times New Roman" w:cs="Times New Roman"/>
          <w:b w:val="0"/>
          <w:sz w:val="24"/>
        </w:rPr>
        <w:t>[Former employer’s address]</w:t>
      </w:r>
    </w:p>
    <w:p>
      <w:pPr>
        <w:keepNext w:val="0"/>
        <w:spacing w:before="200" w:after="0" w:line="260" w:lineRule="exact"/>
        <w:ind w:left="360" w:right="0" w:firstLine="0"/>
        <w:jc w:val="both"/>
      </w:pPr>
      <w:r>
        <w:rPr>
          <w:rFonts w:ascii="Times New Roman" w:hAnsi="Times New Roman" w:eastAsia="Times New Roman" w:cs="Times New Roman"/>
          <w:b/>
          <w:sz w:val="24"/>
        </w:rPr>
        <w:t>Re: Defamation of [Former employee] by [Alleged defamer’s name], [Alleged defamer’s position within the former employer] at [Name of Former Employer]</w:t>
      </w:r>
    </w:p>
    <w:p>
      <w:pPr>
        <w:keepNext w:val="0"/>
        <w:spacing w:before="200" w:after="0" w:line="260" w:lineRule="exact"/>
        <w:ind w:left="360" w:right="0" w:firstLine="0"/>
        <w:jc w:val="both"/>
      </w:pPr>
      <w:r>
        <w:rPr>
          <w:rFonts w:ascii="Times New Roman" w:hAnsi="Times New Roman" w:eastAsia="Times New Roman" w:cs="Times New Roman"/>
          <w:b w:val="0"/>
          <w:sz w:val="24"/>
        </w:rPr>
        <w:t>Dear [Former employer’s representative’s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firm represents [Former employee’s name], your former employee in [Department name], in connection with the false and defamatory statements [Alleged defamer’s name], [Alleged defamer’s position within the former employer] at [Name of Former Employer], made against [Former employee’s name]. Your organization employed [Former employee] from [date] to [date]. [Former employee’s name] has cultivated and developed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strong reputation and valuable relationships in the field of [name of field], the loss of which affects [him or her] both personally and economically. The false and defamatory statements have damaged [Former employee’s name]’s reputation and [potentially or actually] adversely affected [Former employee’s name]’s income prospects in the field of [name of field].</w:t>
      </w:r>
    </w:p>
    <w:p>
      <w:pPr>
        <w:keepNext w:val="0"/>
        <w:spacing w:before="200" w:after="0" w:line="260" w:lineRule="exact"/>
        <w:ind w:left="360" w:right="0" w:firstLine="0"/>
        <w:jc w:val="both"/>
      </w:pPr>
      <w:r>
        <w:rPr>
          <w:rFonts w:ascii="Times New Roman" w:hAnsi="Times New Roman" w:eastAsia="Times New Roman" w:cs="Times New Roman"/>
          <w:b w:val="0"/>
          <w:sz w:val="24"/>
        </w:rPr>
        <w:t>Specifically, [Alleged defamer’s name], [Alleged defamer’s position within the former employer] at [Name of Former Employer], has stated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[Alleged defamatory statements]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Therefore, [Former employee’s name] has retained this firm to investigate these defamatory statements and, if necessary, take appropriate legal action against [Name of Former Employer]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these violations of contractual, statutory, and common law obligations.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[Former employee’s name] demands that [Alleged defamer’s name] </w:t>
      </w:r>
      <w:r>
        <w:rPr>
          <w:rFonts w:ascii="Times New Roman" w:hAnsi="Times New Roman" w:eastAsia="Times New Roman" w:cs="Times New Roman"/>
          <w:b/>
          <w:sz w:val="24"/>
        </w:rPr>
        <w:t>IMMEDIATELY CEASE AND DESIST</w:t>
      </w:r>
      <w:r>
        <w:rPr>
          <w:rFonts w:ascii="Times New Roman" w:hAnsi="Times New Roman" w:eastAsia="Times New Roman" w:cs="Times New Roman"/>
          <w:b w:val="0"/>
          <w:sz w:val="24"/>
        </w:rPr>
        <w:t xml:space="preserve"> making any defamatory statements and </w:t>
      </w:r>
      <w:r>
        <w:rPr>
          <w:rFonts w:ascii="Times New Roman" w:hAnsi="Times New Roman" w:eastAsia="Times New Roman" w:cs="Times New Roman"/>
          <w:b/>
          <w:sz w:val="24"/>
        </w:rPr>
        <w:t>PROVIDE WRITTEN ASSURANCES</w:t>
      </w:r>
      <w:r>
        <w:rPr>
          <w:rFonts w:ascii="Times New Roman" w:hAnsi="Times New Roman" w:eastAsia="Times New Roman" w:cs="Times New Roman"/>
          <w:b w:val="0"/>
          <w:sz w:val="24"/>
        </w:rPr>
        <w:t xml:space="preserve"> within [number] business days of your receipt of this letter that you have taken appropriate steps to ensure that [Alleged defamer’s name] and your entire organization will comply with applicable defamation laws and retract all defamatory statements about [Former employee’s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legal counsel will be representing your interests in this matter, he or she should receive this letter and contact me immediately. If you have not retained legal counsel and wish to discuss these issues, you may contact me within [number] business days at [phone number]. To the extent [Former employee’s name] does not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within the time frame set out in this letter, [Former employee’s name] intends to commence legal proceedings as indicated.</w:t>
      </w:r>
    </w:p>
    <w:p>
      <w:pPr>
        <w:keepNext w:val="0"/>
        <w:spacing w:before="200" w:after="0" w:line="260" w:lineRule="exact"/>
        <w:ind w:left="360" w:right="0" w:firstLine="0"/>
        <w:jc w:val="both"/>
      </w:pPr>
      <w:r>
        <w:rPr>
          <w:rFonts w:ascii="Times New Roman" w:hAnsi="Times New Roman" w:eastAsia="Times New Roman" w:cs="Times New Roman"/>
          <w:b w:val="0"/>
          <w:sz w:val="24"/>
        </w:rPr>
        <w:t>Cordially,</w:t>
      </w:r>
    </w:p>
    <w:p>
      <w:pPr>
        <w:keepNext w:val="0"/>
        <w:spacing w:before="120" w:after="0" w:line="260" w:lineRule="exact"/>
        <w:ind w:left="360" w:right="0" w:firstLine="0"/>
        <w:jc w:val="left"/>
      </w:pPr>
      <w:r>
        <w:rPr>
          <w:rFonts w:ascii="Times New Roman" w:hAnsi="Times New Roman" w:eastAsia="Times New Roman" w:cs="Times New Roman"/>
          <w:b w:val="0"/>
          <w:sz w:val="24"/>
        </w:rPr>
        <w:t>[Attorney’s name]</w:t>
      </w:r>
    </w:p>
    <w:p>
      <w:pPr>
        <w:keepNext w:val="0"/>
        <w:spacing w:before="200" w:after="0" w:line="260" w:lineRule="exact"/>
        <w:ind w:left="360" w:right="0" w:firstLine="0"/>
        <w:jc w:val="both"/>
      </w:pPr>
      <w:r>
        <w:rPr>
          <w:rFonts w:ascii="Times New Roman" w:hAnsi="Times New Roman" w:eastAsia="Times New Roman" w:cs="Times New Roman"/>
          <w:b w:val="0"/>
          <w:sz w:val="24"/>
        </w:rPr>
        <w:t>Enclosure(s)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