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Cease and Desist Letter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addressee]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Unauthorized Use of / Application for Registration of [allegedly infringing mark]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[name of addressee]: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office represents [name of client] in connection with certain trademark and unfair competition matters. [Name of client] is and has been engaged in the development, manufacture, and sale of [client’s relevant goods and services], and has built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successful business in connection therewith. Since at least as early as [client’s date of first use], our client has continuously used [client’s mark]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mark in connection with its [goods/services]. The nature and extent of [name of client]’s business may be seen at its website, [web address].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client] has taken steps to protect its [client’s mark] mark in [relevant jurisdictions] and has secured trademark registration(s) No(s). [registration number(s)] for [client’s mark] for [identified goods/services from registration(s)].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You will appreciate that the [client’s mark] mark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valuable asset of [name of client], and it is our client’s policy and practice to protect its marks from encroachment.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It has come to our client’s attention and is of concern that [your client / name of alleged infringer] is using [allegedly infringing mark] in connection with goods/services, namely [relevant goods/services], which are [the same as / closely related to, if accurate] those offered by our client under its trademark. The goods/services are such that they [would be / are, if accurate] directed to overlapping classes of purchasers through overlapping classes of trade. Given the similarities between the [client’s mark] and [alleged infringer’s mark] trademarks, and the similarities between the goods/services provided in connection with the respective trademarks, there appears to be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likelihood of confusion as to the source of the goods/services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sponsorship, affiliation, or some other relationship between [name of client] and [name of alleged infringer].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Accordingly, we request on behalf of [name of client] that [your client / name of alleged infringer] promptly initiate steps to discontinue use of [allegedly infringing mark]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mark or name, or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component of any mark or name or domain name, in connection with [similar goods/services]. [Name of client] is prepared to allow [name of alleged infringer]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reasonable time period not to exceed [number of months] to transition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new name/mark that does not include [client’s mark or elements thereof that are off limits].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[addressee] has counsel, we ask that its counsel advise us of the intentions of [name of alleged infringer] in this matter by close of business on [date]. Otherwise, we look to hear from you by such date as to the intentions of the company.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Any offer of compromise is without prejudice to any claim or demand that may be made in the event we are unable to reach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amicable resolution.</w:t>
      </w:r>
    </w:p>
    <w:p>
      <w:pPr>
        <w:keepNext w:val="0"/>
        <w:spacing w:before="20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[__________________________]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