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Cease and Desist Letter Response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PERSON]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Allegation of Unauthorized Use of / Application for Registration of [ACCUSED MARK]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[NAME OF PERSON]: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office represents [NAME OF CLIENT] in connection with certain trademark and unfair competition matters. [CLIENT] is and has been engaged in the development, manufacture, and sale of [BRIEFLY DESCRIBE CLIENT’S RELEVANT GOODS AND SERVICES], and has built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successful business in connection therewith. Since at least as early as [CLIENT’S DATE OF FIRST USE], our client has continuously used [ACCUSED MARK]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mark, and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component of marks, in connection with its [LIST GOODS/SERVICES]. The nature and extent of [CLIENT’S] business may be seen at its website, [LIST URL].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[CLIENT] has referred your letter of [DATE OF CEASE AND DESIST LETTER] to this office for response and we ask that all further communications be directed to the undersigned.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appreciate that it is the policy and practice of [CLIENT] to respect the valid intellectual property rights of others, as it expects its own rights to be respected.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 being said, [CLIENT] was surprised to receive your letter taking issue with its use of [ACCUSED MARK]. [CLIENT] appreciates that your client has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interest in protecting its marks from encroachment. We trust your client also appreciates that there are no rights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trademark in gross and that the issue of likelihood of confusion is determined based 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consideration of all the relevant factors.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the present, notwithstanding your assertions, we respectfully do not see how our client’s use of [ACCUSED MARK] in connection with its goods/services, namely [LIST RELEVANT GOODS/SERVICES], are [THE SAME AS / CLOSELY RELATED TO, IF ACCURATE] those offered by your client under its asserted trademark. The goods/services, to our knowledge, are not such that they [WOULD BE / ARE, IF ACCURATE] directed to overlapping classes of purchasers through overlapping channels of trade.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Accordingly, on behalf of [CLIENT], we reject your demand that it promptly initiate steps to discontinue use of [ACCUSED MARK]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mark or name, or otherwise in connection with its [LIST RELEVANT GOODS/SERVICES]. If there are additional facts that you would like us to consider, we will do so promptly. Otherwise we will consider the matter closed.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Any offer of compromise is without prejudice to any claim or demand that may be made in the event we are unable to reach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amicable resolution.</w:t>
      </w:r>
    </w:p>
    <w:p>
      <w:pPr>
        <w:keepNext w:val="0"/>
        <w:spacing w:before="20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