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CEASE AND DESIST LETTER – RESPONSE</w:t>
      </w:r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(DENIAL OF CLAIMS)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From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________________</w:t>
        <w:br/>
        <w:t>________________</w:t>
        <w:br/>
        <w:t>________________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RE: Denial of Claims and Affirmative Statement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Dear ________________,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This response is to your letter received on the ____ day of ________________, 20____. I/We, ________________, hereby deny each and every allegation set forth in your cease and desist letter, including but not limited to the following: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</w:t>
      </w:r>
    </w:p>
    <w:p>
      <w:pPr>
        <w:spacing w:before="0" w:after="0"/>
      </w:pPr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Affirmative Statement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The following factors demonstrate our legal use:</w:t>
      </w:r>
    </w:p>
    <w:p>
      <w:pPr/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For these reasons it has been concluded that the claims made in your cease and desist letter are invalid.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