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CEASE AND DESIST LETTER FOR NDA VIOLATION</w:t>
      </w:r>
    </w:p>
    <w:p>
      <w:pPr/>
    </w:p>
    <w:p>
      <w:pPr/>
    </w:p>
    <w:p>
      <w:pPr/>
    </w:p>
    <w:p>
      <w:pPr/>
      <w:r>
        <w:rPr>
          <w:rFonts w:ascii="Times New Roman" w:hAnsi="Times New Roman" w:eastAsia="Times New Roman" w:cs="Times New Roman"/>
          <w:sz w:val="24"/>
        </w:rPr>
        <w:t>From</w:t>
      </w:r>
    </w:p>
    <w:p>
      <w:pPr/>
    </w:p>
    <w:p>
      <w:pPr/>
      <w:r>
        <w:rPr>
          <w:rFonts w:ascii="Times New Roman" w:hAnsi="Times New Roman" w:eastAsia="Times New Roman" w:cs="Times New Roman"/>
          <w:sz w:val="24"/>
        </w:rPr>
        <w:t>[SENDER NAME]</w:t>
      </w:r>
    </w:p>
    <w:p>
      <w:pPr/>
      <w:r>
        <w:rPr>
          <w:rFonts w:ascii="Times New Roman" w:hAnsi="Times New Roman" w:eastAsia="Times New Roman" w:cs="Times New Roman"/>
          <w:sz w:val="24"/>
        </w:rPr>
        <w:t>[STREET ADDRESS]</w:t>
      </w:r>
    </w:p>
    <w:p>
      <w:pPr/>
      <w:r>
        <w:rPr>
          <w:rFonts w:ascii="Times New Roman" w:hAnsi="Times New Roman" w:eastAsia="Times New Roman" w:cs="Times New Roman"/>
          <w:sz w:val="24"/>
        </w:rPr>
        <w:t>[CITY, STATE, ZIP CODE]</w:t>
      </w:r>
    </w:p>
    <w:p>
      <w:pP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p>
    <w:p>
      <w:pPr/>
      <w:r>
        <w:rPr>
          <w:rFonts w:ascii="Times New Roman" w:hAnsi="Times New Roman" w:eastAsia="Times New Roman" w:cs="Times New Roman"/>
          <w:b/>
          <w:sz w:val="24"/>
        </w:rPr>
        <w:t>Re: Unauthorized Disclosure of Confidential Information</w:t>
      </w:r>
    </w:p>
    <w:p>
      <w:pPr/>
    </w:p>
    <w:p>
      <w:pPr/>
    </w:p>
    <w:p>
      <w:pPr/>
      <w:r>
        <w:rPr>
          <w:rFonts w:ascii="Times New Roman" w:hAnsi="Times New Roman" w:eastAsia="Times New Roman" w:cs="Times New Roman"/>
          <w:sz w:val="24"/>
        </w:rPr>
        <w:t xml:space="preserve">Dear </w:t>
      </w:r>
      <w:r>
        <w:rPr>
          <w:rFonts w:ascii="Times New Roman" w:hAnsi="Times New Roman" w:eastAsia="Times New Roman" w:cs="Times New Roman"/>
          <w:sz w:val="24"/>
        </w:rPr>
        <w:t>RECIPIENT NAME</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 xml:space="preserve">On the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you signed a Non-Disclosure Agreement (NDA) which we have reason to believe has been violated, referred to as the “Agreement”.</w:t>
      </w:r>
    </w:p>
    <w:p>
      <w:pPr/>
    </w:p>
    <w:p>
      <w:pPr/>
      <w:r>
        <w:rPr>
          <w:rFonts w:ascii="Times New Roman" w:hAnsi="Times New Roman" w:eastAsia="Times New Roman" w:cs="Times New Roman"/>
          <w:sz w:val="24"/>
        </w:rPr>
        <w:t>The Agreement had mentioned Information that was to be kept confidential by you and it has come to our attention that some or all of said information has been released to a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This constitutes a breach and direct violation of the Agreement. </w:t>
      </w:r>
    </w:p>
    <w:p>
      <w:pPr/>
    </w:p>
    <w:p>
      <w:pPr/>
      <w:r>
        <w:rPr>
          <w:rFonts w:ascii="Times New Roman" w:hAnsi="Times New Roman" w:eastAsia="Times New Roman" w:cs="Times New Roman"/>
          <w:sz w:val="24"/>
        </w:rPr>
        <w:t>Therefore, you are required to immediately:</w:t>
      </w:r>
    </w:p>
    <w:p>
      <w:pPr/>
    </w:p>
    <w:p>
      <w:pPr/>
      <w:r>
        <w:rPr>
          <w:rFonts w:ascii="Times New Roman" w:hAnsi="Times New Roman" w:eastAsia="Times New Roman" w:cs="Times New Roman"/>
          <w:sz w:val="24"/>
        </w:rPr>
        <w:t xml:space="preserve">Desist from further using or disclosing any or all of the Confidential Information mentioned in the Agreement. </w:t>
      </w:r>
    </w:p>
    <w:p>
      <w:pPr/>
      <w:r>
        <w:rPr>
          <w:rFonts w:ascii="Times New Roman" w:hAnsi="Times New Roman" w:eastAsia="Times New Roman" w:cs="Times New Roman"/>
          <w:sz w:val="24"/>
        </w:rPr>
        <w:t>Deliver to us any materials currently in your possession or with any agent, employee, representative, affiliate, or individual that you have given copies.</w:t>
      </w:r>
    </w:p>
    <w:p>
      <w:pPr/>
      <w:r>
        <w:rPr>
          <w:rFonts w:ascii="Times New Roman" w:hAnsi="Times New Roman" w:eastAsia="Times New Roman" w:cs="Times New Roman"/>
          <w:sz w:val="24"/>
        </w:rPr>
        <w:t>Deliver to us a written undertaking that you will desist forthwith from using or disclosing the Confidential Information, other than what is in accordance with the Agreement, and seek our express written content for any future use or disclosure.</w:t>
      </w:r>
    </w:p>
    <w:p>
      <w:pPr/>
    </w:p>
    <w:p>
      <w:pPr/>
      <w:r>
        <w:rPr>
          <w:rFonts w:ascii="Times New Roman" w:hAnsi="Times New Roman" w:eastAsia="Times New Roman" w:cs="Times New Roman"/>
          <w:sz w:val="24"/>
        </w:rPr>
        <w:t xml:space="preserve">We expect your acknowledgment of this letter and your response to our requests by the </w:t>
      </w:r>
      <w:r>
        <w:rPr>
          <w:rFonts w:ascii="Times New Roman" w:hAnsi="Times New Roman" w:eastAsia="Times New Roman" w:cs="Times New Roman"/>
          <w:sz w:val="24"/>
        </w:rPr>
        <w:t>[DATE]</w:t>
      </w:r>
      <w:r>
        <w:rPr>
          <w:rFonts w:ascii="Times New Roman" w:hAnsi="Times New Roman" w:eastAsia="Times New Roman" w:cs="Times New Roman"/>
          <w:sz w:val="24"/>
        </w:rPr>
        <w:t>. Failure to respond by this date shall result in us seeking legal action.</w:t>
      </w:r>
    </w:p>
    <w:p>
      <w:pPr/>
    </w:p>
    <w:p>
      <w:pPr/>
    </w:p>
    <w:p>
      <w:pPr>
        <w:spacing w:before="0" w:after="0"/>
      </w:pPr>
      <w:r>
        <w:rPr>
          <w:rFonts w:ascii="Times New Roman" w:hAnsi="Times New Roman" w:eastAsia="Times New Roman" w:cs="Times New Roman"/>
          <w:sz w:val="24"/>
        </w:rPr>
        <w:t>Sincerely,</w:t>
      </w:r>
    </w:p>
    <w:p>
      <w:pPr>
        <w:spacing w:before="0" w:after="0"/>
      </w:pPr>
    </w:p>
    <w:p>
      <w:pPr/>
      <w:r>
        <w:rPr>
          <w:rFonts w:ascii="Times New Roman" w:hAnsi="Times New Roman" w:eastAsia="Times New Roman" w:cs="Times New Roman"/>
          <w:sz w:val="24"/>
        </w:rPr>
        <w:t>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