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Amendment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AMENDMENT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CORPORATION]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this Corporation is: [name of Corporation].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text of the amendment as adopted is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[The complete text of the amendment here.]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amendment to the articles of incorporation of the Corporation was approved by the shareholders on [date].</w:t>
      </w:r>
    </w:p>
    <w:p>
      <w:pPr/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the undersigned, hereby declare, under penalty of perjury provided in Mo. Rev. Stat. § 575.040, that the statements made in the foregoing Certificate of Amendment are true.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 [____________________], 20[_____].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[AUTHORIZED PERSON]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 and address to return filed document: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