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Amendment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CERTIFICATE OF AMENDMENT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 THE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CERTIFICATE OF FORMATION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[NAME OF LLC]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name of the filing entity is: [name of LLC],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limited liability company. The file number of the LLC is [file number issued by the Texas Secretary of State]. The LLC was formed on [date].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Certificate of Formation is hereby amended by [adding/deleting the following provision:] [replacing Section ABC in its entirety with the following:]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[the text to be deleted OR the new text of the provision.]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III.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amendments to the certificate of formation have been approved in the manner required by the Texas Business Organizations Code and by the governing documents of the LLC.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 / We], the undersigned, hereby declare(s), under penalty of perjury, that the statements made in the foregoing Certificate of Amendment are true.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 [month] [day], [year].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[Authorized Representative]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[Title]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Contact information to return filed document: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[EMAIL]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