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Change: Change of Address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Certificate of Change of [name of corporation]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under Section 805-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/>
          <w:sz w:val="24"/>
        </w:rPr>
        <w:t xml:space="preserve"> of the Business Corporation Law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undersigned, the registered agent of [name of corporation] hereby certifies that: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FIRST: The name of the corporation is: [name of corporation].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SECOND: The Certificate of Incorporation was filed by the New York Department of State on: [date].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THIRD: The certificate of incorporation is amended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Article [applicable number/section], paragraph [applicable number/section], addressing the location of the corporation's office and providing: [original wording from certificate of incorporation], is changed to read as follows: “The address of the corporation's office is [street], City of [city], state of New York.”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FOURTH: The change was authorized by the corporation's board of directors.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undersigned is the registered agent of the corporation to whose address the secretary of state is required to mail copies of process.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(name of registered agent)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