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Certificate of Change of Registered Agent or Office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corporation organized and existing under the General Corporation Law of the State of Delaware, hereby certifies as follows: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corporation is __________________________________________________.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Registered Office of the corporation in the State of Delaware is changed to ________________________________________________________________________________________(street), in the City of _____________________________, County of _____________________ Zip Code ____________________. The name of the Registered Agent at such address upon whom process against this Corporation may be served is _________________________________________________________________________.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foregoing change to the registered office/agent was adopted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resolution of the Board of Directors of the corporation.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Authorized Officer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Print or Type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