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Certificate of Compliance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IN THE COURT OF COMMON PLEAS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[NAME] COUNTY, PENNSYLVANIA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NOTICE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 [Name of Person served with Subpoena]: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You are required to complete the following Certificate of Compliance when producing documents or things pursuant to the Subpoena.</w:t>
      </w:r>
    </w:p>
    <w:p>
      <w:pPr>
        <w:keepNext w:val="0"/>
        <w:spacing w:before="200" w:after="0" w:line="260" w:lineRule="exact"/>
        <w:ind w:left="108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CERTIFICATE OF COMPLIANCE</w:t>
      </w:r>
    </w:p>
    <w:p>
      <w:pPr>
        <w:keepNext w:val="0"/>
        <w:spacing w:before="200" w:after="0" w:line="260" w:lineRule="exact"/>
        <w:ind w:left="108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WITH SUBPOENA TO PRODUCE DOCUMENTS OR</w:t>
      </w:r>
    </w:p>
    <w:p>
      <w:pPr>
        <w:keepNext w:val="0"/>
        <w:spacing w:before="200" w:after="0" w:line="260" w:lineRule="exact"/>
        <w:ind w:left="108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THINGS PURSUANT TO RULE 4009.23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I, [name of person served with subpoena], certify to the best of my knowledge, information, and belief that all documents or things required to be produced pursuant to the subpoena issued on [date of subpoena] have been produced.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[Month Day, 20__]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person served with subpoena]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