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Certificate of Correction of Certificate of Merger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CERTIFICATE OF CORRECTION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OF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CERTIFICATE OF MERGER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OF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[Corporation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INTO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[Corporation B]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Under Section 105 of the Business Corporation Law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[name], being the President of [Corporation B] and the President of [Corporation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which was merged into said [Corporation B] on [effective date of merger], and [name], being the Secretary of each of said corporations, for the purpose of correcting the error which appears on the face of the Certificate of Merger of [Corporation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into Corporation B] under Section 904 of the Business Corporation Law. The error consists of the fact that the [description of error or defect in the certificate of merger (e.g., statement appearing in subdivision (ii) of paragraph 5 of the Plan of Merger is set forth in Article “First” of said Certificate of Merger now reads: “Article Fifth thereof which sets forth the number of directors shall be stricken.” The statement should read: “Article Sixth thereof which sets forth the number of directors shall be stricken” for the reason that Article “Fifth” of the Certificate of Incorporation of Corporation B referred to in said statement sets forth the duration of said corporation whereas Article “Sixth” of said certificate of incorporation refers to the directors of said corporation.)]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therefore do hereby certify: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corporation is [Corporation B].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certificate of merger of [Corporation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into Corporation B] under Section 904 of the Business Corporation Law was filed by the Department of State on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[Set forth the correction to the Certificate of Merger (e.g., Subdivision (ii) of paragraph 5 of the Plan of Merger of Corporation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into Corporation B which is set forth in Article “First” of the certificate is corrected to read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“Article Sixth thereof which sets forth the number of directors shall be stricken.”)]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(Print name to be signed)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President</w:t>
      </w:r>
    </w:p>
    <w:p>
      <w:pPr>
        <w:keepNext w:val="0"/>
        <w:spacing w:before="12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(Print name to be signed)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