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Certificate of Destruction of Confidential Information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hereby certify the following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[title/position] of [name of entity that received confidential information] ("Recipient"),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entity, e.g., corporation] organized under the laws of [state, e.g., New York]. I am authorized to make this certificate on behalf of the Recipient.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Recipient received information designated as confidential (the "Confidential Information") from [name of disclosing party] ("Disclosing Party") pursuant to [name and date of agreement under which confidential documents were provided, i.e., Confidentiality Agreement dated November 3, 2020] (the "Agreement"). This Certificate is being provided pursuant to Section [section number] of the Agreement.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[date], Recipient (1) destroyed all hard copies and materials of the Confidential Information (as such term is defined in the Agreement) in Recipient's control or possession; (2) expunged all electronic copies of the Confidential Information; and (3) [redacted (or) destroyed] any notes, analyses, compilations, charts, studies, interpretations, memoranda, photographs, or any other documents prepared by or on behalf of the Recipient that contained or were based upon the Confidential Information.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undersigned hereby declares under penalty of perjury that the facts herein are true, and that all confidential items in possession of Recipient have been destroyed this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RECIPIENT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