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Certificate of Discharge of Lien Claim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CERTIFICATE OF DISCHARGE (NJ)</w:t>
      </w:r>
    </w:p>
    <w:p>
      <w:pPr>
        <w:keepNext w:val="0"/>
        <w:spacing w:before="200" w:after="0" w:line="260" w:lineRule="exact"/>
        <w:ind w:left="720" w:right="0" w:firstLine="0"/>
        <w:jc w:val="both"/>
      </w:pPr>
      <w:r>
        <w:rPr>
          <w:rFonts w:ascii="Times New Roman" w:hAnsi="Times New Roman" w:eastAsia="Times New Roman" w:cs="Times New Roman"/>
          <w:b w:val="0"/>
          <w:sz w:val="24"/>
        </w:rPr>
        <w:t>TO THE CLERK, COUNTY OF [name of county]:</w:t>
      </w:r>
    </w:p>
    <w:p>
      <w:pPr>
        <w:keepNext w:val="0"/>
        <w:spacing w:before="200" w:after="0" w:line="260" w:lineRule="exact"/>
        <w:ind w:left="720" w:right="0" w:firstLine="0"/>
        <w:jc w:val="both"/>
      </w:pPr>
      <w:r>
        <w:rPr>
          <w:rFonts w:ascii="Times New Roman" w:hAnsi="Times New Roman" w:eastAsia="Times New Roman" w:cs="Times New Roman"/>
          <w:b w:val="0"/>
          <w:sz w:val="24"/>
        </w:rPr>
        <w:t>You are hereby directed to discharge of record the following described lien claim:</w:t>
      </w:r>
    </w:p>
    <w:p>
      <w:pPr>
        <w:keepNext w:val="0"/>
        <w:spacing w:before="200" w:after="0" w:line="260" w:lineRule="exact"/>
        <w:ind w:left="1080" w:right="0" w:firstLine="0"/>
        <w:jc w:val="both"/>
      </w:pPr>
      <w:r>
        <w:rPr>
          <w:rFonts w:ascii="Times New Roman" w:hAnsi="Times New Roman" w:eastAsia="Times New Roman" w:cs="Times New Roman"/>
          <w:b w:val="0"/>
          <w:sz w:val="24"/>
        </w:rPr>
        <w:t>The lien claim filed by [name of lien claimant] on [date], in the official county records, Book No. [book number], Page No. [page number]. The owner of the land named in the notice is [name of owner served with notice of lien]. The property where the [work performed or services were performed or equipment was provided or materials were provided] is located at [address of property]. The person for whom the [work performed or services were performed or equipment was provided or materials were provided] is [name of person requesting work or services].</w:t>
      </w:r>
    </w:p>
    <w:p>
      <w:pPr>
        <w:keepNext w:val="0"/>
        <w:spacing w:before="200" w:after="0" w:line="260" w:lineRule="exact"/>
        <w:ind w:left="1080" w:right="0" w:firstLine="0"/>
        <w:jc w:val="both"/>
      </w:pPr>
      <w:r>
        <w:rPr>
          <w:rFonts w:ascii="Times New Roman" w:hAnsi="Times New Roman" w:eastAsia="Times New Roman" w:cs="Times New Roman"/>
          <w:b w:val="0"/>
          <w:sz w:val="24"/>
        </w:rPr>
        <w:t>The-above described has been [paid or satisfied or settled by the parties or forfeited by the claimant]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 [signature of claimant]</w:t>
      </w:r>
    </w:p>
    <w:p>
      <w:pPr>
        <w:keepNext w:val="0"/>
        <w:spacing w:before="120" w:after="0" w:line="260" w:lineRule="exact"/>
        <w:ind w:left="360" w:right="0" w:firstLine="0"/>
        <w:jc w:val="left"/>
      </w:pPr>
      <w:r>
        <w:rPr>
          <w:rFonts w:ascii="Times New Roman" w:hAnsi="Times New Roman" w:eastAsia="Times New Roman" w:cs="Times New Roman"/>
          <w:b w:val="0"/>
          <w:sz w:val="24"/>
        </w:rPr>
        <w:t>[name and title]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NOTARY FOR INDIVIDUAL CLAIMANT:</w:t>
      </w:r>
    </w:p>
    <w:p>
      <w:pPr>
        <w:keepNext w:val="0"/>
        <w:spacing w:before="200" w:after="0" w:line="260" w:lineRule="exact"/>
        <w:ind w:left="720" w:right="0" w:firstLine="0"/>
        <w:jc w:val="both"/>
      </w:pPr>
      <w:r>
        <w:rPr>
          <w:rFonts w:ascii="Times New Roman" w:hAnsi="Times New Roman" w:eastAsia="Times New Roman" w:cs="Times New Roman"/>
          <w:b w:val="0"/>
          <w:sz w:val="24"/>
        </w:rPr>
        <w:t>On this [____________] day of [________________] 20[____________], before me, the subscriber, personally appeared [name of person signing on behalf of claimant(s)] who, I am satisfied, is/are the person(s) named in and who executed the within instrument, and thereupon acknowledged that claimant(s) signed, sealed, and delivered the same as claimant’s (s’) act and deed, for the purposes therein expressed.</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 [name and notary information]</w:t>
      </w:r>
    </w:p>
    <w:p>
      <w:pPr>
        <w:keepNext w:val="0"/>
        <w:spacing w:before="120" w:after="0" w:line="260" w:lineRule="exact"/>
        <w:ind w:left="360" w:right="0" w:firstLine="0"/>
        <w:jc w:val="left"/>
      </w:pPr>
      <w:r>
        <w:rPr>
          <w:rFonts w:ascii="Times New Roman" w:hAnsi="Times New Roman" w:eastAsia="Times New Roman" w:cs="Times New Roman"/>
          <w:b w:val="0"/>
          <w:sz w:val="24"/>
        </w:rPr>
        <w:t>NOTARY FOR</w:t>
      </w:r>
    </w:p>
    <w:p>
      <w:pPr>
        <w:keepNext w:val="0"/>
        <w:spacing w:before="120" w:after="0" w:line="260" w:lineRule="exact"/>
        <w:ind w:left="360" w:right="0" w:firstLine="0"/>
        <w:jc w:val="left"/>
      </w:pPr>
      <w:r>
        <w:rPr>
          <w:rFonts w:ascii="Times New Roman" w:hAnsi="Times New Roman" w:eastAsia="Times New Roman" w:cs="Times New Roman"/>
          <w:b w:val="0"/>
          <w:sz w:val="24"/>
        </w:rPr>
        <w:t>CORPORATE OR LIMITED LIABILITY CLAIMANT:</w:t>
      </w:r>
    </w:p>
    <w:p>
      <w:pPr>
        <w:keepNext w:val="0"/>
        <w:spacing w:before="200" w:after="0" w:line="260" w:lineRule="exact"/>
        <w:ind w:left="720" w:right="0" w:firstLine="0"/>
        <w:jc w:val="both"/>
      </w:pPr>
      <w:r>
        <w:rPr>
          <w:rFonts w:ascii="Times New Roman" w:hAnsi="Times New Roman" w:eastAsia="Times New Roman" w:cs="Times New Roman"/>
          <w:b w:val="0"/>
          <w:sz w:val="24"/>
        </w:rPr>
        <w:t>On this [____________] day of [________________] 20[____________], before me, the subscriber, personally appeared [name of person signing on behalf of claimant(s)] who, I am satisfied is the [Secretary or other officer or manager or agent] of the [name of Corporation or partnership or limited liability company] named herein and who by me duly sworn/affirmed, asserted authority to act on behalf of the [name of Corporation or partnership or limited liability company] and who, by virtue of [its Bylaws or Resolution of its Board of Directors or partnership agreement or operating agreement] executed the within instrument on its behalf, and thereupon acknowledged that claimant signed, sealed, and delivered same as claimant’s act and deed, for the purposes herein expressed.</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 [name and notary information]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