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LexisNexis(R) Forms FORM 491-132.205.01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Transactional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Acceptance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New Jersey</w:t>
      </w:r>
    </w:p>
    <w:p>
      <w:pPr>
        <w:keepNext w:val="0"/>
        <w:spacing w:after="0" w:line="240" w:lineRule="exact"/>
        <w:ind w:right="0"/>
        <w:jc w:val="both"/>
      </w:pPr>
    </w:p>
    <w:p>
      <w:pPr>
        <w:keepNext/>
        <w:spacing w:before="240" w:after="0" w:line="34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Form 132.205.01 Certificate of Discharge of Lien Claim</w:t>
      </w:r>
    </w:p>
    <w:p>
      <w:pPr>
        <w:spacing w:line="60" w:lineRule="exact"/>
      </w:pPr>
    </w:p>
    <w:p>
      <w:pPr/>
    </w:p>
    <w:p>
      <w:pPr>
        <w:keepNext w:val="0"/>
        <w:spacing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</w:p>
    <w:p>
      <w:pPr>
        <w:keepNext w:val="0"/>
        <w:spacing w:before="24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DISCHARGE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TO THE CLERK, COUNTY OF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>: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You are hereby directed to discharge of record the following described lien claim: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lien claim filed by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lien claimant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on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date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], in the official county records, Book No.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Page No.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owner of the land named in the notice is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owner served with notice of lien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]. The property where the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[work was performed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services were performed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equipment was provided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materials were provided] is located at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location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]. The person for whom the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[work was performed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services were performed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equipment was provided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materials were provided] is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person requesting work or services].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The-above described has been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[paid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satisfied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settled by the parties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>forfeited by the claimant]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Date: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signature of claimant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typed name and title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4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100" w:lineRule="exact"/>
      </w:pP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on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date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],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claimant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personally came before me and acknowledged under oath to my satisfaction, that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[he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she] is named in and personally signed this document as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[his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or </w:t>
      </w:r>
      <w:r>
        <w:rPr>
          <w:rFonts w:ascii="Times New Roman" w:hAnsi="Times New Roman" w:eastAsia="Times New Roman" w:cs="Times New Roman"/>
          <w:b w:val="0"/>
          <w:sz w:val="24"/>
        </w:rPr>
        <w:t>her] act or deed.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signature of person acknowledging document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typed name and title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2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New Jersey Transaction Guide</w:t>
      </w:r>
    </w:p>
    <w:p>
      <w:pPr>
        <w:keepNext w:val="0"/>
        <w:spacing w:after="0" w:line="22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Copyright 2022,  Matthew Bender &amp; Company, Inc.,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member of the LexisNexis Group.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