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Discontinuance of Business as Partners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UNDERSIGNED, pursuant to Section 130 of the General Business Law of the State of New York, did on [date], under Index No. [number], file in the County Clerk's Office of the County of [county], New York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dated and acknowledged the [date], for the purpose of conducting business as partners under the name and designation of [name];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said Certificate, as amended, did set forth the full names of the persons conducting business as partners under the above name and designation with their respective addresses as follows:</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partnership has been dissolved and business under this name has been discontinued,</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pursuant to Section 130 of the General Business Law of the State of New York, the undersigned being all of the persons who filed the above Certificate, as amended, and being all the members of the above partnership, DO HEREBY CERTIFY that said partnership has been dissolved and, by reason thereof, the undersigned have discontinued the conduct and transaction of business under the above name and designation.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Certificate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each partner still living or in existence]</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before me personally appeared [name], [name] and [name], to me known to be the individuals described in and who executed the attached instrument and acknowledged that they executed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