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Certificate of Final Completion</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Project: [name of Project]</w:t>
      </w:r>
    </w:p>
    <w:p>
      <w:pPr>
        <w:keepNext w:val="0"/>
        <w:spacing w:before="200" w:after="0" w:line="260" w:lineRule="exact"/>
        <w:ind w:left="360" w:right="0" w:firstLine="0"/>
        <w:jc w:val="both"/>
      </w:pPr>
      <w:r>
        <w:rPr>
          <w:rFonts w:ascii="Times New Roman" w:hAnsi="Times New Roman" w:eastAsia="Times New Roman" w:cs="Times New Roman"/>
          <w:b w:val="0"/>
          <w:sz w:val="24"/>
        </w:rPr>
        <w:t>Date of Issuance:[date]</w:t>
      </w:r>
    </w:p>
    <w:p>
      <w:pPr>
        <w:keepNext w:val="0"/>
        <w:spacing w:before="200" w:after="0" w:line="260" w:lineRule="exact"/>
        <w:ind w:left="360" w:right="0" w:firstLine="0"/>
        <w:jc w:val="both"/>
      </w:pPr>
      <w:r>
        <w:rPr>
          <w:rFonts w:ascii="Times New Roman" w:hAnsi="Times New Roman" w:eastAsia="Times New Roman" w:cs="Times New Roman"/>
          <w:b w:val="0"/>
          <w:sz w:val="24"/>
        </w:rPr>
        <w:t>Owner:[Owner’s name]</w:t>
      </w:r>
    </w:p>
    <w:p>
      <w:pPr>
        <w:keepNext w:val="0"/>
        <w:spacing w:before="200" w:after="0" w:line="260" w:lineRule="exact"/>
        <w:ind w:left="360" w:right="0" w:firstLine="0"/>
        <w:jc w:val="both"/>
      </w:pPr>
      <w:r>
        <w:rPr>
          <w:rFonts w:ascii="Times New Roman" w:hAnsi="Times New Roman" w:eastAsia="Times New Roman" w:cs="Times New Roman"/>
          <w:b w:val="0"/>
          <w:sz w:val="24"/>
        </w:rPr>
        <w:t>Contractor:[Contractor’s name]</w:t>
      </w:r>
    </w:p>
    <w:p>
      <w:pPr>
        <w:keepNext w:val="0"/>
        <w:spacing w:before="200" w:after="0" w:line="260" w:lineRule="exact"/>
        <w:ind w:left="360" w:right="0" w:firstLine="0"/>
        <w:jc w:val="both"/>
      </w:pPr>
      <w:r>
        <w:rPr>
          <w:rFonts w:ascii="Times New Roman" w:hAnsi="Times New Roman" w:eastAsia="Times New Roman" w:cs="Times New Roman"/>
          <w:b w:val="0"/>
          <w:sz w:val="24"/>
        </w:rPr>
        <w:t>The work to which this certificate applies has been inspected by authorized representatives of Owner and Contractor. All items listed as outstanding on the certificate(s) of substantial completion have been completed, and the work on the Project is hereby declared to be fully complete in accordance with, and as defined in, the Contract Documents on:</w:t>
      </w:r>
    </w:p>
    <w:p>
      <w:pPr>
        <w:keepNext w:val="0"/>
        <w:spacing w:before="200" w:after="0" w:line="260" w:lineRule="exact"/>
        <w:ind w:left="360" w:right="0" w:firstLine="0"/>
        <w:jc w:val="both"/>
      </w:pPr>
      <w:r>
        <w:rPr>
          <w:rFonts w:ascii="Times New Roman" w:hAnsi="Times New Roman" w:eastAsia="Times New Roman" w:cs="Times New Roman"/>
          <w:b w:val="0"/>
          <w:sz w:val="24"/>
        </w:rPr>
        <w:t>[Date of Final Completion]</w:t>
      </w:r>
    </w:p>
    <w:p>
      <w:pPr>
        <w:keepNext w:val="0"/>
        <w:spacing w:before="200" w:after="0" w:line="260" w:lineRule="exact"/>
        <w:ind w:left="360" w:right="0" w:firstLine="0"/>
        <w:jc w:val="both"/>
      </w:pPr>
      <w:r>
        <w:rPr>
          <w:rFonts w:ascii="Times New Roman" w:hAnsi="Times New Roman" w:eastAsia="Times New Roman" w:cs="Times New Roman"/>
          <w:b w:val="0"/>
          <w:sz w:val="24"/>
        </w:rPr>
        <w:t>Contractor hereby represents, certifies, and attests under the penalties of perjury that all payrolls, payroll taxes, liens, charges, claims, demands, judgments, security interests, bills for materials and equipment, and other indebtedness connected with the work on the Project for which Contractor may in any way be responsible have been paid in full and/or otherwise satisfied. Contractor agrees to immediately and upon request of Owner and/or Architect, make available any data, documents and/or other materials with respect to the payment or satisfaction of any such payrolls, payroll taxes, liens, charges, claims, demands, judgments, security interests, bills for materials and equipment, and other indebtedness.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Executed by Contractor’s Designated Representative on [month and day], 20[year] </w:t>
      </w:r>
    </w:p>
    <w:p>
      <w:pPr>
        <w:keepNext w:val="0"/>
        <w:spacing w:before="120" w:after="0" w:line="260" w:lineRule="exact"/>
        <w:ind w:left="360" w:right="0" w:firstLine="0"/>
        <w:jc w:val="left"/>
      </w:pPr>
      <w:r>
        <w:rPr>
          <w:rFonts w:ascii="Times New Roman" w:hAnsi="Times New Roman" w:eastAsia="Times New Roman" w:cs="Times New Roman"/>
          <w:b w:val="0"/>
          <w:sz w:val="24"/>
        </w:rPr>
        <w:t>[Contractor’s Designated Representative’s Name]</w:t>
      </w:r>
    </w:p>
    <w:p>
      <w:pPr>
        <w:keepNext w:val="0"/>
        <w:spacing w:before="120" w:after="0" w:line="260" w:lineRule="exact"/>
        <w:ind w:left="360" w:right="0" w:firstLine="0"/>
        <w:jc w:val="left"/>
      </w:pPr>
      <w:r>
        <w:rPr>
          <w:rFonts w:ascii="Times New Roman" w:hAnsi="Times New Roman" w:eastAsia="Times New Roman" w:cs="Times New Roman"/>
          <w:b w:val="0"/>
          <w:sz w:val="24"/>
        </w:rPr>
        <w:t>Contractor’s Designated Representative</w:t>
      </w:r>
    </w:p>
    <w:p>
      <w:pPr>
        <w:keepNext w:val="0"/>
        <w:spacing w:before="120" w:after="0" w:line="260" w:lineRule="exact"/>
        <w:ind w:left="360" w:right="0" w:firstLine="0"/>
        <w:jc w:val="left"/>
      </w:pPr>
      <w:r>
        <w:rPr>
          <w:rFonts w:ascii="Times New Roman" w:hAnsi="Times New Roman" w:eastAsia="Times New Roman" w:cs="Times New Roman"/>
          <w:b w:val="0"/>
          <w:sz w:val="24"/>
        </w:rPr>
        <w:t>By:_________________________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Authorized Signature</w:t>
      </w:r>
    </w:p>
    <w:p>
      <w:pPr>
        <w:keepNext w:val="0"/>
        <w:spacing w:before="200" w:after="0" w:line="260" w:lineRule="exact"/>
        <w:ind w:left="360" w:right="0" w:firstLine="0"/>
        <w:jc w:val="both"/>
      </w:pPr>
      <w:r>
        <w:rPr>
          <w:rFonts w:ascii="Times New Roman" w:hAnsi="Times New Roman" w:eastAsia="Times New Roman" w:cs="Times New Roman"/>
          <w:b w:val="0"/>
          <w:sz w:val="24"/>
        </w:rPr>
        <w:t>Owner accepts Certificate of Final Completion on [month and day], 20[year]</w:t>
      </w:r>
    </w:p>
    <w:p>
      <w:pPr>
        <w:keepNext w:val="0"/>
        <w:spacing w:before="120" w:after="0" w:line="260" w:lineRule="exact"/>
        <w:ind w:left="360" w:right="0" w:firstLine="0"/>
        <w:jc w:val="left"/>
      </w:pPr>
      <w:r>
        <w:rPr>
          <w:rFonts w:ascii="Times New Roman" w:hAnsi="Times New Roman" w:eastAsia="Times New Roman" w:cs="Times New Roman"/>
          <w:b w:val="0"/>
          <w:sz w:val="24"/>
        </w:rPr>
        <w:t>[Owner’s name]</w:t>
      </w:r>
    </w:p>
    <w:p>
      <w:pPr>
        <w:keepNext w:val="0"/>
        <w:spacing w:before="120" w:after="0" w:line="260" w:lineRule="exact"/>
        <w:ind w:left="360" w:right="0" w:firstLine="0"/>
        <w:jc w:val="left"/>
      </w:pPr>
      <w:r>
        <w:rPr>
          <w:rFonts w:ascii="Times New Roman" w:hAnsi="Times New Roman" w:eastAsia="Times New Roman" w:cs="Times New Roman"/>
          <w:b w:val="0"/>
          <w:sz w:val="24"/>
        </w:rPr>
        <w:t>Owner</w:t>
      </w:r>
    </w:p>
    <w:p>
      <w:pPr>
        <w:keepNext w:val="0"/>
        <w:spacing w:before="120" w:after="0" w:line="260" w:lineRule="exact"/>
        <w:ind w:left="360" w:right="0" w:firstLine="0"/>
        <w:jc w:val="left"/>
      </w:pPr>
      <w:r>
        <w:rPr>
          <w:rFonts w:ascii="Times New Roman" w:hAnsi="Times New Roman" w:eastAsia="Times New Roman" w:cs="Times New Roman"/>
          <w:b w:val="0"/>
          <w:sz w:val="24"/>
        </w:rPr>
        <w:t>By:_________________________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Authorized Signature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