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Formation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This Certification of Formation, dated as of the [date] day of [month], [year], is being duly executed and filed by the undersigned to form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limited liability company pursuant to Section 18-201 of the Delaware Limited Liability Company Act (the “Act”).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the limited liability company (the “Company”) hereby is: [Name of LLC].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registered office of the limited liability company in the State of Delaware is located at [Address]. The name of its registered agent at such address is [Agent].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OPTIONAL PROVISIONS AS PERMITTED BY Del. Code Ann. tit. 6, § 18-201(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)(3).]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has executed this Certificate of Formation as of the date first written above.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[NAME], Authorized Person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