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Formation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CERTIFICATE OF FORMATION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OF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[company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Certificate of Formation of [company name] is being executed and filed by [name], as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authorized person, to form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liability company under the Delaware Limited Liability Company Act (6 Del C. § 18-101, et seq.).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FIRST: The name of the limited liability company formed hereby is [company name] (the "</w:t>
      </w:r>
      <w:r>
        <w:rPr>
          <w:rFonts w:ascii="Times New Roman" w:hAnsi="Times New Roman" w:eastAsia="Times New Roman" w:cs="Times New Roman"/>
          <w:b w:val="0"/>
          <w:sz w:val="24"/>
        </w:rPr>
        <w:t>Company</w:t>
      </w:r>
      <w:r>
        <w:rPr>
          <w:rFonts w:ascii="Times New Roman" w:hAnsi="Times New Roman" w:eastAsia="Times New Roman" w:cs="Times New Roman"/>
          <w:b w:val="0"/>
          <w:sz w:val="24"/>
        </w:rPr>
        <w:t>").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SECOND: The address of the registered office and the name and address of the registered agent of the Company required to be maintained by § 18-104 of the Delaware Limited Liability Company Act are [name and address of registered agent in the State of Delaware].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has executed this Certificate of Formation as of [date].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AUTHORIZED PERSON]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Authorized Person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