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Certificate of Formation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Formation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LLC]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Liability Company is [name of limited liability company].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its registered office in the State of New Jersey is [street and mailing address]. The name of its registered agent at such address is [name].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purpose of the Limited Liability Company is to [engage in any lawful act or activity for which limited liability companies may be organized under the laws of the State of New Jersey] [exclusively engage in__________].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undersigned has executed this Certificate of Formation on this [____] day of [___________], 20[___].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[_________________]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 or print)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