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Certificate of Formation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Certificate of Formation</w:t>
      </w:r>
      <w:r>
        <w:rPr>
          <w:rFonts w:ascii="Times New Roman" w:hAnsi="Times New Roman" w:eastAsia="Times New Roman" w:cs="Times New Roman"/>
          <w:sz w:val="24"/>
        </w:rPr>
        <w:br/>
      </w:r>
      <w:r>
        <w:rPr>
          <w:rFonts w:ascii="Times New Roman" w:hAnsi="Times New Roman" w:eastAsia="Times New Roman" w:cs="Times New Roman"/>
          <w:b/>
          <w:sz w:val="24"/>
        </w:rPr>
        <w:t>Of [name of LLC]</w:t>
      </w:r>
    </w:p>
    <w:p>
      <w:pPr>
        <w:keepNext w:val="0"/>
        <w:spacing w:before="120" w:after="0" w:line="260" w:lineRule="exact"/>
        <w:ind w:left="72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Entity Name and Type.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filing entity being formed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The name of the limited liability company is [name of limited liability company].</w:t>
      </w:r>
    </w:p>
    <w:p>
      <w:pPr>
        <w:keepNext w:val="0"/>
        <w:spacing w:before="120" w:after="0" w:line="260" w:lineRule="exact"/>
        <w:ind w:left="72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Registered Agent and Registered Office.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limited liability company designates [name]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address at [address] as its initial registered agent.</w:t>
      </w:r>
    </w:p>
    <w:p>
      <w:pPr>
        <w:keepNext w:val="0"/>
        <w:spacing w:before="120" w:after="0" w:line="260" w:lineRule="exact"/>
        <w:ind w:left="72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Authority.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limited liability company will have managers. The name and address of each initial manager are set forth below:</w:t>
      </w:r>
    </w:p>
    <w:p>
      <w:pPr>
        <w:keepNext w:val="0"/>
        <w:spacing w:before="200" w:after="0" w:line="260" w:lineRule="exact"/>
        <w:ind w:left="1080" w:right="0" w:firstLine="0"/>
        <w:jc w:val="both"/>
      </w:pPr>
      <w:r>
        <w:rPr>
          <w:rFonts w:ascii="Times New Roman" w:hAnsi="Times New Roman" w:eastAsia="Times New Roman" w:cs="Times New Roman"/>
          <w:b w:val="0"/>
          <w:sz w:val="24"/>
        </w:rPr>
        <w:t>[Name of Manager]</w:t>
      </w:r>
    </w:p>
    <w:p>
      <w:pPr>
        <w:keepNext w:val="0"/>
        <w:spacing w:before="200" w:after="0" w:line="260" w:lineRule="exact"/>
        <w:ind w:left="108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Zip Code]</w:t>
      </w:r>
    </w:p>
    <w:p>
      <w:pPr>
        <w:keepNext w:val="0"/>
        <w:spacing w:before="200" w:after="0" w:line="260" w:lineRule="exact"/>
        <w:ind w:left="1080" w:right="0" w:firstLine="0"/>
        <w:jc w:val="both"/>
      </w:pPr>
      <w:r>
        <w:rPr>
          <w:rFonts w:ascii="Times New Roman" w:hAnsi="Times New Roman" w:eastAsia="Times New Roman" w:cs="Times New Roman"/>
          <w:b w:val="0"/>
          <w:sz w:val="24"/>
        </w:rPr>
        <w:t>[Name of Manager]</w:t>
      </w:r>
    </w:p>
    <w:p>
      <w:pPr>
        <w:keepNext w:val="0"/>
        <w:spacing w:before="200" w:after="0" w:line="260" w:lineRule="exact"/>
        <w:ind w:left="108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080" w:right="0" w:firstLine="0"/>
        <w:jc w:val="both"/>
      </w:pPr>
      <w:r>
        <w:rPr>
          <w:rFonts w:ascii="Times New Roman" w:hAnsi="Times New Roman" w:eastAsia="Times New Roman" w:cs="Times New Roman"/>
          <w:b w:val="0"/>
          <w:sz w:val="24"/>
        </w:rPr>
        <w:t>[City, State, Zip Code]</w:t>
      </w:r>
    </w:p>
    <w:p>
      <w:pPr>
        <w:keepNext w:val="0"/>
        <w:spacing w:before="120" w:after="0" w:line="260" w:lineRule="exact"/>
        <w:ind w:left="720" w:right="0" w:firstLine="0"/>
        <w:jc w:val="left"/>
      </w:pP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Purpose.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purpose of the limited liability company is to [engage in any lawful act or activity for which limited liability companies may be organized under the laws of the State of Texas] [exclusively engage in __________].</w:t>
      </w:r>
    </w:p>
    <w:p>
      <w:pPr>
        <w:keepNext w:val="0"/>
        <w:spacing w:before="120" w:after="0" w:line="260" w:lineRule="exact"/>
        <w:ind w:left="720" w:right="0" w:firstLine="0"/>
        <w:jc w:val="left"/>
      </w:pPr>
      <w:r>
        <w:rPr>
          <w:rFonts w:ascii="Times New Roman" w:hAnsi="Times New Roman" w:eastAsia="Times New Roman" w:cs="Times New Roman"/>
          <w:b w:val="0"/>
          <w:sz w:val="24"/>
        </w:rPr>
        <w:t>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 xml:space="preserve">Identification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Series.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limited liability company may establish one or more designated series that shall have separate rights, powers or duties from the rights, powers and duties from the company or which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business purpose or investment objective.</w:t>
      </w:r>
    </w:p>
    <w:p>
      <w:pPr>
        <w:keepNext w:val="0"/>
        <w:spacing w:before="120" w:after="0" w:line="260" w:lineRule="exact"/>
        <w:ind w:left="720" w:right="0" w:firstLine="0"/>
        <w:jc w:val="left"/>
      </w:pPr>
      <w:r>
        <w:rPr>
          <w:rFonts w:ascii="Times New Roman" w:hAnsi="Times New Roman" w:eastAsia="Times New Roman" w:cs="Times New Roman"/>
          <w:b w:val="0"/>
          <w:sz w:val="24"/>
        </w:rPr>
        <w:t>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Enforceability of Obligations and Expenses of Series.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debts, liabilities, obligations and expenses incurred, contracted for, or otherwise existing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series shall be enforceable against the assets of that series only and shall not be enforceable against the assets of the company generally or any other series. None of the debts, liabilities, obligations, expenses incurred, contracted for, or otherwise existing with respect to the company generally or any other series shall be enforceable against the assets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series.</w:t>
      </w:r>
    </w:p>
    <w:p>
      <w:pPr>
        <w:keepNext w:val="0"/>
        <w:spacing w:before="120" w:after="0" w:line="260" w:lineRule="exact"/>
        <w:ind w:left="720" w:right="0" w:firstLine="0"/>
        <w:jc w:val="left"/>
      </w:pPr>
      <w:r>
        <w:rPr>
          <w:rFonts w:ascii="Times New Roman" w:hAnsi="Times New Roman" w:eastAsia="Times New Roman" w:cs="Times New Roman"/>
          <w:b w:val="0"/>
          <w:sz w:val="24"/>
        </w:rPr>
        <w:t>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Effectiveness of Filing.</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document becomes effective when the document is filed by the secretary of state.</w:t>
      </w:r>
    </w:p>
    <w:p>
      <w:pPr>
        <w:keepNext w:val="0"/>
        <w:spacing w:before="120" w:after="0" w:line="260" w:lineRule="exact"/>
        <w:ind w:left="720" w:right="0" w:firstLine="0"/>
        <w:jc w:val="left"/>
      </w:pPr>
      <w:r>
        <w:rPr>
          <w:rFonts w:ascii="Times New Roman" w:hAnsi="Times New Roman" w:eastAsia="Times New Roman" w:cs="Times New Roman"/>
          <w:b w:val="0"/>
          <w:sz w:val="24"/>
        </w:rPr>
        <w:t>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Organizer.</w:t>
      </w:r>
    </w:p>
    <w:p>
      <w:pPr>
        <w:keepNext w:val="0"/>
        <w:spacing w:before="200" w:after="0" w:line="260" w:lineRule="exact"/>
        <w:ind w:left="1080" w:right="0" w:firstLine="0"/>
        <w:jc w:val="both"/>
      </w:pPr>
      <w:r>
        <w:rPr>
          <w:rFonts w:ascii="Times New Roman" w:hAnsi="Times New Roman" w:eastAsia="Times New Roman" w:cs="Times New Roman"/>
          <w:b w:val="0"/>
          <w:sz w:val="24"/>
        </w:rPr>
        <w:t>The name and address of the organizer is:</w:t>
      </w:r>
    </w:p>
    <w:p>
      <w:pPr>
        <w:keepNext w:val="0"/>
        <w:spacing w:before="200" w:after="0" w:line="260" w:lineRule="exact"/>
        <w:ind w:left="1440" w:right="0" w:firstLine="0"/>
        <w:jc w:val="both"/>
      </w:pPr>
      <w:r>
        <w:rPr>
          <w:rFonts w:ascii="Times New Roman" w:hAnsi="Times New Roman" w:eastAsia="Times New Roman" w:cs="Times New Roman"/>
          <w:b w:val="0"/>
          <w:sz w:val="24"/>
        </w:rPr>
        <w:t>[Name of Organizer]</w:t>
      </w:r>
    </w:p>
    <w:p>
      <w:pPr>
        <w:keepNext w:val="0"/>
        <w:spacing w:before="200" w:after="0" w:line="260" w:lineRule="exact"/>
        <w:ind w:left="1440" w:right="0" w:firstLine="0"/>
        <w:jc w:val="both"/>
      </w:pPr>
      <w:r>
        <w:rPr>
          <w:rFonts w:ascii="Times New Roman" w:hAnsi="Times New Roman" w:eastAsia="Times New Roman" w:cs="Times New Roman"/>
          <w:b w:val="0"/>
          <w:sz w:val="24"/>
        </w:rPr>
        <w:t>[Street or Mailing Address]</w:t>
      </w:r>
    </w:p>
    <w:p>
      <w:pPr>
        <w:keepNext w:val="0"/>
        <w:spacing w:before="200" w:after="0" w:line="260" w:lineRule="exact"/>
        <w:ind w:left="1440" w:right="0" w:firstLine="0"/>
        <w:jc w:val="both"/>
      </w:pPr>
      <w:r>
        <w:rPr>
          <w:rFonts w:ascii="Times New Roman" w:hAnsi="Times New Roman" w:eastAsia="Times New Roman" w:cs="Times New Roman"/>
          <w:b w:val="0"/>
          <w:sz w:val="24"/>
        </w:rPr>
        <w:t>[City, State, Zip Code]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affirms that the person designated as registered agent has been consented to the appointment. The undersigned signs this document subject to the penalties imposed by law for the submission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false or fraudulent instrument and certifies under penalty of perjury that the undersigned is authorized to execute the filing instrument.</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Organizer: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 (Organizer)</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