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Incorporation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Delaware Certificate of Incorporation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 Stock Corporation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First: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name of this Corporation is [_________________].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Second: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Its registered office in the State of Delaware is to be located at [_________________] Street, in the City of [_________________], County of [_________________] Zip Code [_________________]. The registered agent in charge thereof is [_________________].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Third: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purpose of the corporation is to engage in any lawful act or activity for which corporations may be organized under the General Corporation Law of Delaware.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Fourth: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amount of the total stock of this corporation is authorized to issue is [_________________] shares (number of authorized shares) with a par value of [_________________] per share.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Fifth: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name and mailing address of the incorporator are as follows: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Mailing Address: [_________________]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Zip Code: [_________________]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The Undersigned, for the purpose of forming a corporation under the laws of the State of Delaware, do make, file and record this Certificate, and do certify that the facts herein stated are true, and I have accordingly hereunto set my hand this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[____] day of [___________], A.D. 20[____].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BY: [_________________] (Incorporator)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