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Incorporation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STATE OF DELAWARE</w:t>
      </w:r>
      <w:r>
        <w:rPr>
          <w:rFonts w:ascii="Times New Roman" w:hAnsi="Times New Roman" w:eastAsia="Times New Roman" w:cs="Times New Roman"/>
          <w:sz w:val="24"/>
        </w:rPr>
        <w:br/>
      </w:r>
      <w:r>
        <w:rPr>
          <w:rFonts w:ascii="Times New Roman" w:hAnsi="Times New Roman" w:eastAsia="Times New Roman" w:cs="Times New Roman"/>
          <w:b/>
          <w:sz w:val="24"/>
        </w:rPr>
        <w:t>CERTIFICATE OF INCORPORATION</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PUBLIC BENEFIT CORPORATION]</w:t>
      </w:r>
      <w:r>
        <w:rPr>
          <w:rFonts w:ascii="Times New Roman" w:hAnsi="Times New Roman" w:eastAsia="Times New Roman" w:cs="Times New Roman"/>
          <w:sz w:val="24"/>
        </w:rPr>
        <w:br/>
      </w:r>
      <w:r>
        <w:rPr>
          <w:rFonts w:ascii="Times New Roman" w:hAnsi="Times New Roman" w:eastAsia="Times New Roman" w:cs="Times New Roman"/>
          <w:b/>
          <w:sz w:val="24"/>
        </w:rPr>
        <w:t>A</w:t>
      </w:r>
      <w:r>
        <w:rPr>
          <w:rFonts w:ascii="Times New Roman" w:hAnsi="Times New Roman" w:eastAsia="Times New Roman" w:cs="Times New Roman"/>
          <w:b/>
          <w:sz w:val="24"/>
        </w:rPr>
        <w:t xml:space="preserve"> PUBLIC BENEFIT CORPORATION</w:t>
      </w:r>
    </w:p>
    <w:p>
      <w:pPr>
        <w:keepNext w:val="0"/>
        <w:spacing w:before="200" w:after="0" w:line="260" w:lineRule="exact"/>
        <w:ind w:left="720" w:right="0" w:firstLine="0"/>
        <w:jc w:val="both"/>
      </w:pPr>
      <w:r>
        <w:rPr>
          <w:rFonts w:ascii="Times New Roman" w:hAnsi="Times New Roman" w:eastAsia="Times New Roman" w:cs="Times New Roman"/>
          <w:b/>
          <w:sz w:val="24"/>
        </w:rPr>
        <w:t>First:</w:t>
      </w:r>
      <w:r>
        <w:rPr>
          <w:rFonts w:ascii="Times New Roman" w:hAnsi="Times New Roman" w:eastAsia="Times New Roman" w:cs="Times New Roman"/>
          <w:b w:val="0"/>
          <w:sz w:val="24"/>
        </w:rPr>
        <w:t xml:space="preserve"> The name of this public benefit corporation is [name of corporation] (the "Corporation").</w:t>
      </w:r>
    </w:p>
    <w:p>
      <w:pPr>
        <w:keepNext w:val="0"/>
        <w:spacing w:before="200" w:after="0" w:line="260" w:lineRule="exact"/>
        <w:ind w:left="720" w:right="0" w:firstLine="0"/>
        <w:jc w:val="both"/>
      </w:pPr>
      <w:r>
        <w:rPr>
          <w:rFonts w:ascii="Times New Roman" w:hAnsi="Times New Roman" w:eastAsia="Times New Roman" w:cs="Times New Roman"/>
          <w:b/>
          <w:sz w:val="24"/>
        </w:rPr>
        <w:t>Second:</w:t>
      </w:r>
      <w:r>
        <w:rPr>
          <w:rFonts w:ascii="Times New Roman" w:hAnsi="Times New Roman" w:eastAsia="Times New Roman" w:cs="Times New Roman"/>
          <w:b w:val="0"/>
          <w:sz w:val="24"/>
        </w:rPr>
        <w:t xml:space="preserve"> The registered office of the Corporation in the State of Delaware is located at [address of registered office]. The registered agent at such address upon whom process against the Corporation may be served is [address of registered agent].</w:t>
      </w:r>
    </w:p>
    <w:p>
      <w:pPr>
        <w:keepNext w:val="0"/>
        <w:spacing w:before="200" w:after="0" w:line="260" w:lineRule="exact"/>
        <w:ind w:left="720" w:right="0" w:firstLine="0"/>
        <w:jc w:val="both"/>
      </w:pPr>
      <w:r>
        <w:rPr>
          <w:rFonts w:ascii="Times New Roman" w:hAnsi="Times New Roman" w:eastAsia="Times New Roman" w:cs="Times New Roman"/>
          <w:b/>
          <w:sz w:val="24"/>
        </w:rPr>
        <w:t>Third:</w:t>
      </w:r>
      <w:r>
        <w:rPr>
          <w:rFonts w:ascii="Times New Roman" w:hAnsi="Times New Roman" w:eastAsia="Times New Roman" w:cs="Times New Roman"/>
          <w:b w:val="0"/>
          <w:sz w:val="24"/>
        </w:rPr>
        <w:t xml:space="preserve"> The purpose of the Corporation is to engage in any lawful act or activity for which corporations may be organized under the General Corporation Law of Delaware, which shall include producing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benefit and operating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responsible and sustainable manner.</w:t>
      </w:r>
    </w:p>
    <w:p>
      <w:pPr>
        <w:keepNext w:val="0"/>
        <w:spacing w:before="200" w:after="0" w:line="260" w:lineRule="exact"/>
        <w:ind w:left="720" w:right="0" w:firstLine="0"/>
        <w:jc w:val="both"/>
      </w:pPr>
      <w:r>
        <w:rPr>
          <w:rFonts w:ascii="Times New Roman" w:hAnsi="Times New Roman" w:eastAsia="Times New Roman" w:cs="Times New Roman"/>
          <w:b/>
          <w:sz w:val="24"/>
        </w:rPr>
        <w:t>Fourth:</w:t>
      </w:r>
      <w:r>
        <w:rPr>
          <w:rFonts w:ascii="Times New Roman" w:hAnsi="Times New Roman" w:eastAsia="Times New Roman" w:cs="Times New Roman"/>
          <w:b w:val="0"/>
          <w:sz w:val="24"/>
        </w:rPr>
        <w:t xml:space="preserve"> The amount of the total stock of the Corporation is authorized to issue is [number of authorized shares] shares (number of authorized shares)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 value of [par value] per share.</w:t>
      </w:r>
    </w:p>
    <w:p>
      <w:pPr>
        <w:keepNext w:val="0"/>
        <w:spacing w:before="200" w:after="0" w:line="260" w:lineRule="exact"/>
        <w:ind w:left="720" w:right="0" w:firstLine="0"/>
        <w:jc w:val="both"/>
      </w:pPr>
      <w:r>
        <w:rPr>
          <w:rFonts w:ascii="Times New Roman" w:hAnsi="Times New Roman" w:eastAsia="Times New Roman" w:cs="Times New Roman"/>
          <w:b/>
          <w:sz w:val="24"/>
        </w:rPr>
        <w:t>Fifth:</w:t>
      </w:r>
      <w:r>
        <w:rPr>
          <w:rFonts w:ascii="Times New Roman" w:hAnsi="Times New Roman" w:eastAsia="Times New Roman" w:cs="Times New Roman"/>
          <w:b w:val="0"/>
          <w:sz w:val="24"/>
        </w:rPr>
        <w:t xml:space="preserve"> The name and mailing address of the incorporator are as follows:</w:t>
      </w:r>
    </w:p>
    <w:p>
      <w:pPr>
        <w:keepNext w:val="0"/>
        <w:spacing w:before="200" w:after="0" w:line="260" w:lineRule="exact"/>
        <w:ind w:left="1080" w:right="0" w:firstLine="0"/>
        <w:jc w:val="both"/>
      </w:pPr>
      <w:r>
        <w:rPr>
          <w:rFonts w:ascii="Times New Roman" w:hAnsi="Times New Roman" w:eastAsia="Times New Roman" w:cs="Times New Roman"/>
          <w:b w:val="0"/>
          <w:sz w:val="24"/>
        </w:rPr>
        <w:t>Name: [name]</w:t>
      </w:r>
    </w:p>
    <w:p>
      <w:pPr>
        <w:keepNext w:val="0"/>
        <w:spacing w:before="200" w:after="0" w:line="260" w:lineRule="exact"/>
        <w:ind w:left="1080" w:right="0" w:firstLine="0"/>
        <w:jc w:val="both"/>
      </w:pPr>
      <w:r>
        <w:rPr>
          <w:rFonts w:ascii="Times New Roman" w:hAnsi="Times New Roman" w:eastAsia="Times New Roman" w:cs="Times New Roman"/>
          <w:b w:val="0"/>
          <w:sz w:val="24"/>
        </w:rPr>
        <w:t>Mailing Address: [mailing address]</w:t>
      </w:r>
    </w:p>
    <w:p>
      <w:pPr>
        <w:keepNext w:val="0"/>
        <w:spacing w:before="200" w:after="0" w:line="260" w:lineRule="exact"/>
        <w:ind w:left="1080" w:right="0" w:firstLine="0"/>
        <w:jc w:val="both"/>
      </w:pPr>
      <w:r>
        <w:rPr>
          <w:rFonts w:ascii="Times New Roman" w:hAnsi="Times New Roman" w:eastAsia="Times New Roman" w:cs="Times New Roman"/>
          <w:b w:val="0"/>
          <w:sz w:val="24"/>
        </w:rPr>
        <w:t>Zip Code: [zip code]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The Undersigned, for the purpose of forming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benefit corporation under the laws of the State of Delaware, do make, file and record this Certificate of Incorporation, and do certify that the facts herein stated are true and correct, and I have accordingly hereunto set my hand this [date of signature].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(Incorporator)</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(type or print)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