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Certificate of Incorporation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State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Delaware Certificate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Incorporation</w:t>
      </w:r>
    </w:p>
    <w:p>
      <w:pPr>
        <w:keepNext w:val="0"/>
        <w:spacing w:before="200" w:after="0" w:line="260" w:lineRule="exact"/>
        <w:ind w:left="36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Stock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I.</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name of this Corporation is [_______________].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II.</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address of the Corporation's registered office in the State of Delaware is to be located at [_______________] Street, in the City of [_______________], County of [_______________] Zip Code [_______________]. The registered agent in charge thereof is [_______________].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III.</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purpose of the corporation is to engage in any lawful act or activity for which corporations may be organized under the General Corporation Law of Delaware.</w:t>
      </w:r>
    </w:p>
    <w:p>
      <w:pPr>
        <w:keepNext w:val="0"/>
        <w:spacing w:before="120" w:after="0" w:line="260" w:lineRule="exact"/>
        <w:ind w:left="720" w:right="0" w:firstLine="0"/>
        <w:jc w:val="left"/>
      </w:pPr>
      <w:r>
        <w:rPr>
          <w:rFonts w:ascii="Times New Roman" w:hAnsi="Times New Roman" w:eastAsia="Times New Roman" w:cs="Times New Roman"/>
          <w:b w:val="0"/>
          <w:sz w:val="24"/>
        </w:rPr>
        <w:t>IV.</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Corporation is authorized to issue Common Stock and Preferred Stock.</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total number of shares this Corporation shall have authority to issue is [NUMBER OF AUTHORIZED SHARES]. [NUMBER OF SHARES DESIGNATED AS COMMON STOCK] shares shall be designated Common Stock and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 value of [PAR VALUE] per share. [NUMBER OF SHARES DESIGNATED AS PREFERRED STOCK] shares shall be designated Preferred Stock and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 value of [PAR VALUE] per share.</w:t>
      </w:r>
    </w:p>
    <w:p>
      <w:pPr>
        <w:keepNext w:val="0"/>
        <w:spacing w:before="200" w:after="0" w:line="260" w:lineRule="exact"/>
        <w:ind w:left="720" w:right="0" w:firstLine="0"/>
        <w:jc w:val="both"/>
      </w:pPr>
      <w:r>
        <w:rPr>
          <w:rFonts w:ascii="Times New Roman" w:hAnsi="Times New Roman" w:eastAsia="Times New Roman" w:cs="Times New Roman"/>
          <w:b w:val="0"/>
          <w:sz w:val="24"/>
        </w:rPr>
        <w:t>The Preferred Stock may be issued from time to time in one or more series. The Board of Directors is hereby authorized, subject to limitations prescribed by law, to fix by resolution or resolutions the designations, powers, preferences, and rights and the qualifications, limitations, or restrictions thereof, of each such series of Preferred Stock, including without limitation, authority to fix by resolution or resolutions the dividend rights, dividend rate, conversion rights, voting rights, rights and terms of redemption (including sinking fund provisions), redemption price or prices, and liquidation preferences of any wholly unissued series of Preferred Stock, and the number of shares constituting such series and the designation thereof, or any of the foregoing. The Board of Directors is further authorized to increase (but not above the total number of authorized shares of the class) or decrease (but not below the number of shares of any such series then outstanding) the number of shares of any series, the number of which was fixed by it, subsequent to the issue of shares of such series then outstanding, subject to the powers, preferences, and rights and the qualifications, limitations, and restrictions thereof stated in the resolution of the Board of Directors originally fixing the number of shares of such series. If the number of shares of any series is so decreased, then the shares constituting such decrease shall resume the status which they had prior to the adoption of the resolution originally fixing the number of shares of such series.</w:t>
      </w:r>
    </w:p>
    <w:p>
      <w:pPr>
        <w:keepNext w:val="0"/>
        <w:spacing w:before="120" w:after="0" w:line="260" w:lineRule="exact"/>
        <w:ind w:left="720" w:right="0" w:firstLine="0"/>
        <w:jc w:val="left"/>
      </w:pPr>
      <w:r>
        <w:rPr>
          <w:rFonts w:ascii="Times New Roman" w:hAnsi="Times New Roman" w:eastAsia="Times New Roman" w:cs="Times New Roman"/>
          <w:b w:val="0"/>
          <w:sz w:val="24"/>
        </w:rPr>
        <w:t>V.</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Corporation is to have perpetual existence.</w:t>
      </w:r>
    </w:p>
    <w:p>
      <w:pPr>
        <w:keepNext w:val="0"/>
        <w:spacing w:before="120" w:after="0" w:line="260" w:lineRule="exact"/>
        <w:ind w:left="720" w:right="0" w:firstLine="0"/>
        <w:jc w:val="left"/>
      </w:pPr>
      <w:r>
        <w:rPr>
          <w:rFonts w:ascii="Times New Roman" w:hAnsi="Times New Roman" w:eastAsia="Times New Roman" w:cs="Times New Roman"/>
          <w:b w:val="0"/>
          <w:sz w:val="24"/>
        </w:rPr>
        <w:t>VI.</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number of Directors which constitutes the whole Board of Directors of the Corporation and the manner of their election shall be designated in the Bylaws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VII.</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furtherance and not in limitation of the powers conferred by statute, the Board of Directors is expressly authorized to make, alter, amend, or repeal the Bylaws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VIII.</w:t>
      </w:r>
    </w:p>
    <w:p>
      <w:pPr>
        <w:keepNext w:val="0"/>
        <w:spacing w:before="120" w:after="0" w:line="260" w:lineRule="exact"/>
        <w:ind w:left="1080" w:right="0" w:firstLine="0"/>
        <w:jc w:val="left"/>
      </w:pPr>
      <w:r>
        <w:rPr>
          <w:rFonts w:ascii="Times New Roman" w:hAnsi="Times New Roman" w:eastAsia="Times New Roman" w:cs="Times New Roman"/>
          <w:b w:val="0"/>
          <w:sz w:val="24"/>
        </w:rPr>
        <w:t>8.1.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the fullest extent permitted by the Delaware General Corporation Law as the same exists or as may hereafter be amended,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Corporation shall not be personally liable to the Corporation or its stockholders for monetary damages for breach of fiduciary duty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provided, however, that this provision shall not eliminate or limit the liability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(i) for any breach of the Director's duty of loyalty to the Corporation or its stockholders; (ii) for acts or omissions not in good faith or which involve material misconduct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knowing violation of law; (iii) under the Delaware General Corporation Law; or (iv) for any transaction from which the Director derived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improper personal benefit</w:t>
      </w:r>
    </w:p>
    <w:p>
      <w:pPr>
        <w:keepNext w:val="0"/>
        <w:spacing w:before="120" w:after="0" w:line="260" w:lineRule="exact"/>
        <w:ind w:left="1080" w:right="0" w:firstLine="0"/>
        <w:jc w:val="left"/>
      </w:pPr>
      <w:r>
        <w:rPr>
          <w:rFonts w:ascii="Times New Roman" w:hAnsi="Times New Roman" w:eastAsia="Times New Roman" w:cs="Times New Roman"/>
          <w:b w:val="0"/>
          <w:sz w:val="24"/>
        </w:rPr>
        <w:t>8.2.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Corporation may indemnify to the fullest extent permitted by law any person made or threatened to be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or proceeding, whether criminal, civil, administrative, or investigative, by reason of the fact that he or she is or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employee, or agent of the Corporation or any predecessor of the Corporation or serves or served at any other enterprise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employee, or agent at the request of the Corporation or any predecessor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8.3.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Neither any amendment nor repeal of this Article Eight, nor the adoption of any provision of this Corporation's Certificate of Incorporation inconsistent with this Article Eight, shall eliminate or reduce the effect of this Article Eight in respect of any matter occurring, or any action or proceeding accruing or arising or that, but for this Article Eight, would accrue or arise, prior to such amendment, repeal, or adoption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inconsistent provision.</w:t>
      </w:r>
    </w:p>
    <w:p>
      <w:pPr>
        <w:keepNext w:val="0"/>
        <w:spacing w:before="120" w:after="0" w:line="260" w:lineRule="exact"/>
        <w:ind w:left="720" w:right="0" w:firstLine="0"/>
        <w:jc w:val="left"/>
      </w:pPr>
      <w:r>
        <w:rPr>
          <w:rFonts w:ascii="Times New Roman" w:hAnsi="Times New Roman" w:eastAsia="Times New Roman" w:cs="Times New Roman"/>
          <w:b w:val="0"/>
          <w:sz w:val="24"/>
        </w:rPr>
        <w:t>IX.</w:t>
      </w:r>
    </w:p>
    <w:p>
      <w:pPr>
        <w:keepNext w:val="0"/>
        <w:spacing w:before="120" w:after="0" w:line="260" w:lineRule="exact"/>
        <w:ind w:left="1080" w:right="0" w:firstLine="0"/>
        <w:jc w:val="left"/>
      </w:pPr>
      <w:r>
        <w:rPr>
          <w:rFonts w:ascii="Times New Roman" w:hAnsi="Times New Roman" w:eastAsia="Times New Roman" w:cs="Times New Roman"/>
          <w:b w:val="0"/>
          <w:sz w:val="24"/>
        </w:rPr>
        <w:t>9.1.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 any election of directors of the Corporation, each holder of stock shall be entitled to as many votes as shall equal the number of votes which (except for such provision as to cumulative voting) such holder would be entitled to cast for the election of directors with respect to such holder's shares of stock multiplied by the number of directors to be elected by such holder, and such holder may cast all of such votes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director or may distribute them among the number to be voted for, or for any 2 or more them as such holder may see fit.</w:t>
      </w:r>
    </w:p>
    <w:p>
      <w:pPr>
        <w:keepNext w:val="0"/>
        <w:spacing w:before="120" w:after="0" w:line="260" w:lineRule="exact"/>
        <w:ind w:left="1080" w:right="0" w:firstLine="0"/>
        <w:jc w:val="left"/>
      </w:pPr>
      <w:r>
        <w:rPr>
          <w:rFonts w:ascii="Times New Roman" w:hAnsi="Times New Roman" w:eastAsia="Times New Roman" w:cs="Times New Roman"/>
          <w:b w:val="0"/>
          <w:sz w:val="24"/>
        </w:rPr>
        <w:t>9.2.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Vacancies created by newly created directorships, created in accordance with the Bylaws of this Corporation, may be filled by the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although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of the Directors then in office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sole remaining Director.</w:t>
      </w:r>
    </w:p>
    <w:p>
      <w:pPr>
        <w:keepNext w:val="0"/>
        <w:spacing w:before="120" w:after="0" w:line="260" w:lineRule="exact"/>
        <w:ind w:left="720" w:right="0" w:firstLine="0"/>
        <w:jc w:val="left"/>
      </w:pPr>
      <w:r>
        <w:rPr>
          <w:rFonts w:ascii="Times New Roman" w:hAnsi="Times New Roman" w:eastAsia="Times New Roman" w:cs="Times New Roman"/>
          <w:b w:val="0"/>
          <w:sz w:val="24"/>
        </w:rPr>
        <w:t>X.</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Advance notice of new business and stockholder nominations for the election of Directors shall be given in the manner and to the extent provided in this Bylaws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XI.</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Corporation reserves the right to amend, alter, change, or repeal any provision contained in this Certificate of Incorporation, in the manner now or hereafter prescribed by statute, and all rights conferred upon stockholders herein are granted subject to this reservation.</w:t>
      </w:r>
    </w:p>
    <w:p>
      <w:pPr>
        <w:keepNext w:val="0"/>
        <w:spacing w:before="120" w:after="0" w:line="260" w:lineRule="exact"/>
        <w:ind w:left="720" w:right="0" w:firstLine="0"/>
        <w:jc w:val="left"/>
      </w:pPr>
      <w:r>
        <w:rPr>
          <w:rFonts w:ascii="Times New Roman" w:hAnsi="Times New Roman" w:eastAsia="Times New Roman" w:cs="Times New Roman"/>
          <w:b w:val="0"/>
          <w:sz w:val="24"/>
        </w:rPr>
        <w:t>XII.</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name and mailing address of the incorporator are as follows:</w:t>
      </w:r>
    </w:p>
    <w:p>
      <w:pPr>
        <w:keepNext w:val="0"/>
        <w:spacing w:before="200" w:after="0" w:line="260" w:lineRule="exact"/>
        <w:ind w:left="720" w:right="0" w:firstLine="0"/>
        <w:jc w:val="both"/>
      </w:pPr>
      <w:r>
        <w:rPr>
          <w:rFonts w:ascii="Times New Roman" w:hAnsi="Times New Roman" w:eastAsia="Times New Roman" w:cs="Times New Roman"/>
          <w:b w:val="0"/>
          <w:sz w:val="24"/>
        </w:rPr>
        <w:t>Name: [_______________]</w:t>
      </w:r>
    </w:p>
    <w:p>
      <w:pPr>
        <w:keepNext w:val="0"/>
        <w:spacing w:before="60" w:after="0" w:line="260" w:lineRule="exact"/>
        <w:ind w:left="720" w:right="0" w:firstLine="0"/>
        <w:jc w:val="both"/>
      </w:pPr>
      <w:r>
        <w:rPr>
          <w:rFonts w:ascii="Times New Roman" w:hAnsi="Times New Roman" w:eastAsia="Times New Roman" w:cs="Times New Roman"/>
          <w:b w:val="0"/>
          <w:sz w:val="24"/>
        </w:rPr>
        <w:t>Mailing Address: [_______________]</w:t>
      </w:r>
    </w:p>
    <w:p>
      <w:pPr>
        <w:keepNext w:val="0"/>
        <w:spacing w:before="60" w:after="0" w:line="260" w:lineRule="exact"/>
        <w:ind w:left="720" w:right="0" w:firstLine="0"/>
        <w:jc w:val="both"/>
      </w:pPr>
      <w:r>
        <w:rPr>
          <w:rFonts w:ascii="Times New Roman" w:hAnsi="Times New Roman" w:eastAsia="Times New Roman" w:cs="Times New Roman"/>
          <w:b w:val="0"/>
          <w:sz w:val="24"/>
        </w:rPr>
        <w:t>Zip Code: [_______________]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 The Undersigned, for the purpose of forming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under the laws of the State of Delaware, do make, file and record this Certificate, and do certify that the facts herein stated are true, and I have accordingly hereunto set my hand this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[____] day of [___________], </w:t>
      </w:r>
      <w:r>
        <w:rPr>
          <w:rFonts w:ascii="Times New Roman" w:hAnsi="Times New Roman" w:eastAsia="Times New Roman" w:cs="Times New Roman"/>
          <w:b/>
          <w:sz w:val="24"/>
        </w:rPr>
        <w:t>A</w:t>
      </w:r>
      <w:r>
        <w:rPr>
          <w:rFonts w:ascii="Times New Roman" w:hAnsi="Times New Roman" w:eastAsia="Times New Roman" w:cs="Times New Roman"/>
          <w:b w:val="0"/>
          <w:sz w:val="24"/>
        </w:rPr>
        <w:t>.D. 20[___].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(type or print)</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(type or print)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