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/>
    </w:p>
    <w:p>
      <w:pPr/>
    </w:p>
    <w:p>
      <w:pPr>
        <w:keepNext w:val="0"/>
        <w:spacing w:after="200" w:line="340" w:lineRule="exact"/>
        <w:ind w:left="0" w:right="0" w:firstLine="0"/>
        <w:jc w:val="center"/>
      </w:pPr>
      <w:r>
        <w:rPr>
          <w:rFonts w:ascii="Times New Roman" w:hAnsi="Times New Roman" w:eastAsia="Times New Roman" w:cs="Times New Roman"/>
          <w:b/>
          <w:sz w:val="24"/>
        </w:rPr>
        <w:t xml:space="preserve">Certificate of Incorporation </w:t>
      </w:r>
    </w:p>
    <w:p>
      <w:pPr>
        <w:keepNext w:val="0"/>
        <w:spacing w:after="0" w:line="240" w:lineRule="exact"/>
        <w:ind w:right="0"/>
        <w:jc w:val="both"/>
      </w:pP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State of Delaware Certificate of Incorporation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Stock Corporation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/>
          <w:sz w:val="24"/>
        </w:rPr>
        <w:t>First: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The name of this Corporation is [_________________].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/>
          <w:sz w:val="24"/>
        </w:rPr>
        <w:t>Second: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Its registered office in the State of Delaware is to be located at [_________________] Street, in the City of [_________________], County of [_________________] Zip Code [_________________]. The registered agent in charge thereof is [_________________].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/>
          <w:sz w:val="24"/>
        </w:rPr>
        <w:t>Third: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The purpose of the corporation is to engage in any lawful act or activity for which corporations may be organized under the General Corporation Law of Delaware.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/>
          <w:sz w:val="24"/>
        </w:rPr>
        <w:t>Fourth: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The amount of the total stock of this corporation is authorized to issue is [_________________] shares (number of authorized shares) with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par value of [_________________] per share.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/>
          <w:sz w:val="24"/>
        </w:rPr>
        <w:t>Fifth: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The name and mailing address of the incorporator are as follows: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Name: [_________________]</w:t>
      </w:r>
    </w:p>
    <w:p>
      <w:pPr>
        <w:keepNext w:val="0"/>
        <w:spacing w:before="6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Mailing Address: [_________________]</w:t>
      </w:r>
    </w:p>
    <w:p>
      <w:pPr>
        <w:keepNext w:val="0"/>
        <w:spacing w:before="6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Zip Code: [_________________]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I, The Undersigned, for the purpose of forming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corporation under the laws of the State of Delaware, do make, file and record this Certificate, and do certify that the facts herein stated are true, and I have accordingly hereunto set my hand this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[____] day of [___________],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>.D. 20[____].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BY: [_________________] (Incorporator)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NAME: [_________________]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(type or print)</w:t>
      </w:r>
    </w:p>
    <w:p>
      <w:pPr/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