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Certificate of Incumbency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CERTIFICATE OF INCUMBENCY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Members of [NAME OF LIMITED LIABILITY COMPANY] (“Company”), hereby certify (1) that the undersigned are all of the Members of the Company, (2) that the undersigned are qualified to make this certification and are authorized to give this certificate, (3) that each of the persons named below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qualified and acting manager of the Company, and (4) that opposite each Manager’s name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and correct specimen of such Manager’s signature:</w:t>
      </w:r>
    </w:p>
    <w:p>
      <w:pPr>
        <w:keepNext w:val="0"/>
        <w:spacing w:before="120" w:after="0" w:line="260" w:lineRule="exact"/>
        <w:ind w:left="1080" w:right="0" w:firstLine="0"/>
        <w:jc w:val="left"/>
      </w:pPr>
      <w:r>
        <w:rPr>
          <w:rFonts w:ascii="Times New Roman" w:hAnsi="Times New Roman" w:eastAsia="Times New Roman" w:cs="Times New Roman"/>
          <w:b/>
          <w:sz w:val="24"/>
        </w:rPr>
        <w:t>Manager Name</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 xml:space="preserve">__________________ </w:t>
      </w:r>
      <w:r>
        <w:rPr>
          <w:rFonts w:ascii="Times New Roman" w:hAnsi="Times New Roman" w:eastAsia="Times New Roman" w:cs="Times New Roman"/>
          <w:b/>
          <w:sz w:val="24"/>
        </w:rPr>
        <w:t>Signature</w:t>
      </w:r>
    </w:p>
    <w:p>
      <w:pPr>
        <w:keepNext w:val="0"/>
        <w:spacing w:before="120" w:after="0" w:line="260" w:lineRule="exact"/>
        <w:ind w:left="1080" w:right="0" w:firstLine="0"/>
        <w:jc w:val="left"/>
      </w:pPr>
      <w:r>
        <w:rPr>
          <w:rFonts w:ascii="Times New Roman" w:hAnsi="Times New Roman" w:eastAsia="Times New Roman" w:cs="Times New Roman"/>
          <w:b/>
          <w:sz w:val="24"/>
        </w:rPr>
        <w:t>Manager Name</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 xml:space="preserve">__________________ </w:t>
      </w:r>
      <w:r>
        <w:rPr>
          <w:rFonts w:ascii="Times New Roman" w:hAnsi="Times New Roman" w:eastAsia="Times New Roman" w:cs="Times New Roman"/>
          <w:b/>
          <w:sz w:val="24"/>
        </w:rPr>
        <w:t>Signature</w:t>
      </w:r>
    </w:p>
    <w:p>
      <w:pPr>
        <w:keepNext w:val="0"/>
        <w:spacing w:before="120" w:after="0" w:line="260" w:lineRule="exact"/>
        <w:ind w:left="1080" w:right="0" w:firstLine="0"/>
        <w:jc w:val="left"/>
      </w:pPr>
      <w:r>
        <w:rPr>
          <w:rFonts w:ascii="Times New Roman" w:hAnsi="Times New Roman" w:eastAsia="Times New Roman" w:cs="Times New Roman"/>
          <w:b/>
          <w:sz w:val="24"/>
        </w:rPr>
        <w:t>Manager Name</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 xml:space="preserve">__________________ </w:t>
      </w:r>
      <w:r>
        <w:rPr>
          <w:rFonts w:ascii="Times New Roman" w:hAnsi="Times New Roman" w:eastAsia="Times New Roman" w:cs="Times New Roman"/>
          <w:b/>
          <w:sz w:val="24"/>
        </w:rPr>
        <w:t>Signature</w:t>
      </w:r>
    </w:p>
    <w:p>
      <w:pPr>
        <w:keepNext w:val="0"/>
        <w:spacing w:before="120" w:after="0" w:line="260" w:lineRule="exact"/>
        <w:ind w:left="1080" w:right="0" w:firstLine="0"/>
        <w:jc w:val="left"/>
      </w:pPr>
      <w:r>
        <w:rPr>
          <w:rFonts w:ascii="Times New Roman" w:hAnsi="Times New Roman" w:eastAsia="Times New Roman" w:cs="Times New Roman"/>
          <w:b/>
          <w:sz w:val="24"/>
        </w:rPr>
        <w:t>Manager Name</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 xml:space="preserve">__________________ </w:t>
      </w:r>
      <w:r>
        <w:rPr>
          <w:rFonts w:ascii="Times New Roman" w:hAnsi="Times New Roman" w:eastAsia="Times New Roman" w:cs="Times New Roman"/>
          <w:b/>
          <w:sz w:val="24"/>
        </w:rPr>
        <w:t>Signature</w:t>
      </w:r>
    </w:p>
    <w:p>
      <w:pPr>
        <w:keepNext w:val="0"/>
        <w:spacing w:before="200" w:after="0" w:line="260" w:lineRule="exact"/>
        <w:ind w:left="720" w:right="0" w:firstLine="0"/>
        <w:jc w:val="both"/>
      </w:pPr>
      <w:r>
        <w:rPr>
          <w:rFonts w:ascii="Times New Roman" w:hAnsi="Times New Roman" w:eastAsia="Times New Roman" w:cs="Times New Roman"/>
          <w:b w:val="0"/>
          <w:sz w:val="24"/>
        </w:rPr>
        <w:t>The undersigned Members further certify that each Manager, by virtue of the authority delegated to such Manager by the Members of the Company and the Company’s governing documents, is authorized to act on behalf of the Company in all respects including, without limitation [DESCRIBE SPECIFIC ACTS FOR WHICH THE CERTIFICATE OF INCUMBENCY IS BEING GIVEN].</w:t>
      </w:r>
    </w:p>
    <w:p>
      <w:pPr/>
    </w:p>
    <w:p>
      <w:pPr>
        <w:keepNext w:val="0"/>
        <w:spacing w:before="200" w:after="0" w:line="260" w:lineRule="exact"/>
        <w:ind w:left="360" w:right="0" w:firstLine="0"/>
        <w:jc w:val="both"/>
      </w:pPr>
      <w:r>
        <w:rPr>
          <w:rFonts w:ascii="Times New Roman" w:hAnsi="Times New Roman" w:eastAsia="Times New Roman" w:cs="Times New Roman"/>
          <w:b w:val="0"/>
          <w:sz w:val="24"/>
        </w:rPr>
        <w:t>Executed this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w:t>
      </w:r>
    </w:p>
    <w:p>
      <w:pPr>
        <w:keepNext w:val="0"/>
        <w:spacing w:before="200" w:after="0" w:line="260" w:lineRule="exact"/>
        <w:ind w:left="360" w:right="0" w:firstLine="0"/>
        <w:jc w:val="both"/>
      </w:pPr>
      <w:r>
        <w:rPr>
          <w:rFonts w:ascii="Times New Roman" w:hAnsi="Times New Roman" w:eastAsia="Times New Roman" w:cs="Times New Roman"/>
          <w:b w:val="0"/>
          <w:sz w:val="24"/>
        </w:rPr>
        <w:t>Sworn and subscribed before me this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Notary Public</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