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CERTIFICATE OF INCUMBENCY</w:t>
      </w:r>
    </w:p>
    <w:p>
      <w:pP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[SIGNER'S NAME]</w:t>
      </w:r>
      <w:r>
        <w:rPr>
          <w:rFonts w:ascii="Times New Roman" w:hAnsi="Times New Roman" w:eastAsia="Times New Roman" w:cs="Times New Roman"/>
          <w:sz w:val="24"/>
        </w:rPr>
        <w:t xml:space="preserve">, the undersigned </w:t>
      </w:r>
      <w:r>
        <w:rPr>
          <w:rFonts w:ascii="Times New Roman" w:hAnsi="Times New Roman" w:eastAsia="Times New Roman" w:cs="Times New Roman"/>
          <w:sz w:val="24"/>
        </w:rPr>
        <w:t>[SIGNER'S POSITION]</w:t>
      </w:r>
      <w:r>
        <w:rPr>
          <w:rFonts w:ascii="Times New Roman" w:hAnsi="Times New Roman" w:eastAsia="Times New Roman" w:cs="Times New Roman"/>
          <w:sz w:val="24"/>
        </w:rPr>
        <w:t xml:space="preserve"> of </w:t>
      </w:r>
      <w:r>
        <w:rPr>
          <w:rFonts w:ascii="Times New Roman" w:hAnsi="Times New Roman" w:eastAsia="Times New Roman" w:cs="Times New Roman"/>
          <w:sz w:val="24"/>
        </w:rPr>
        <w:t>[BUSINESS NAME]</w:t>
      </w:r>
      <w:r>
        <w:rPr>
          <w:rFonts w:ascii="Times New Roman" w:hAnsi="Times New Roman" w:eastAsia="Times New Roman" w:cs="Times New Roman"/>
          <w:sz w:val="24"/>
        </w:rPr>
        <w:t xml:space="preserve"> (“</w:t>
      </w:r>
      <w:r>
        <w:rPr>
          <w:rFonts w:ascii="Times New Roman" w:hAnsi="Times New Roman" w:eastAsia="Times New Roman" w:cs="Times New Roman"/>
          <w:sz w:val="24"/>
        </w:rPr>
        <w:t>[ABBREVIATION]</w:t>
      </w:r>
      <w:r>
        <w:rPr>
          <w:rFonts w:ascii="Times New Roman" w:hAnsi="Times New Roman" w:eastAsia="Times New Roman" w:cs="Times New Roman"/>
          <w:sz w:val="24"/>
        </w:rPr>
        <w:t xml:space="preserve">”), a </w:t>
      </w:r>
      <w:r>
        <w:rPr>
          <w:rFonts w:ascii="Times New Roman" w:hAnsi="Times New Roman" w:eastAsia="Times New Roman" w:cs="Times New Roman"/>
          <w:sz w:val="24"/>
        </w:rPr>
        <w:t>[BUSINESS STRUCTURE]</w:t>
      </w:r>
      <w:r>
        <w:rPr>
          <w:rFonts w:ascii="Times New Roman" w:hAnsi="Times New Roman" w:eastAsia="Times New Roman" w:cs="Times New Roman"/>
          <w:sz w:val="24"/>
        </w:rPr>
        <w:t xml:space="preserve"> duly established and existing under the laws of the State of </w:t>
      </w:r>
      <w:r>
        <w:rPr>
          <w:rFonts w:ascii="Times New Roman" w:hAnsi="Times New Roman" w:eastAsia="Times New Roman" w:cs="Times New Roman"/>
          <w:sz w:val="24"/>
        </w:rPr>
        <w:t>[STATE]</w:t>
      </w:r>
      <w:r>
        <w:rPr>
          <w:rFonts w:ascii="Times New Roman" w:hAnsi="Times New Roman" w:eastAsia="Times New Roman" w:cs="Times New Roman"/>
          <w:sz w:val="24"/>
        </w:rPr>
        <w:t>, do hereby certify:</w:t>
      </w:r>
    </w:p>
    <w:p>
      <w:pPr/>
    </w:p>
    <w:p>
      <w:pPr/>
      <w:r>
        <w:rPr>
          <w:rFonts w:ascii="Times New Roman" w:hAnsi="Times New Roman" w:eastAsia="Times New Roman" w:cs="Times New Roman"/>
          <w:sz w:val="24"/>
        </w:rPr>
        <w:t xml:space="preserve">1. That I am the duly elected, qualified, and acting </w:t>
      </w:r>
      <w:r>
        <w:rPr>
          <w:rFonts w:ascii="Times New Roman" w:hAnsi="Times New Roman" w:eastAsia="Times New Roman" w:cs="Times New Roman"/>
          <w:sz w:val="24"/>
        </w:rPr>
        <w:t>[SIGNER'S POSITION]</w:t>
      </w:r>
      <w:r>
        <w:rPr>
          <w:rFonts w:ascii="Times New Roman" w:hAnsi="Times New Roman" w:eastAsia="Times New Roman" w:cs="Times New Roman"/>
          <w:sz w:val="24"/>
        </w:rPr>
        <w:t xml:space="preserve"> of the Company, and that I am charged with maintaining its records, minutes, and seal.</w:t>
      </w:r>
    </w:p>
    <w:p>
      <w:pPr/>
    </w:p>
    <w:p>
      <w:pPr/>
      <w:r>
        <w:rPr>
          <w:rFonts w:ascii="Times New Roman" w:hAnsi="Times New Roman" w:eastAsia="Times New Roman" w:cs="Times New Roman"/>
          <w:sz w:val="24"/>
        </w:rPr>
        <w:t>2. That pursuant to the Company’s by-laws, as amended, I have the power and authority to execute this certificate on behalf of the Company and to affix the seal of said Company.</w:t>
      </w:r>
    </w:p>
    <w:p>
      <w:pPr/>
    </w:p>
    <w:p>
      <w:pPr/>
      <w:r>
        <w:rPr>
          <w:rFonts w:ascii="Times New Roman" w:hAnsi="Times New Roman" w:eastAsia="Times New Roman" w:cs="Times New Roman"/>
          <w:sz w:val="24"/>
        </w:rPr>
        <w:t>3. That the following named individual(s) was/were named to and continue to hold the corresponding office(s) listed below, and that the signature that appears opposite the name of each individual is the genuine signature of that person.</w:t>
      </w:r>
    </w:p>
    <w:p>
      <w:pPr/>
    </w:p>
    <w:p>
      <w:pPr/>
    </w:p>
    <w:p>
      <w:pPr/>
    </w:p>
    <w:p>
      <w:pPr/>
      <w:r>
        <w:rPr>
          <w:rFonts w:ascii="Times New Roman" w:hAnsi="Times New Roman" w:eastAsia="Times New Roman" w:cs="Times New Roman"/>
          <w:sz w:val="24"/>
        </w:rPr>
        <w:t>NAME</w:t>
        <w:tab/>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[OFFICER NAME]</w:t>
      </w:r>
    </w:p>
    <w:p>
      <w:pPr/>
    </w:p>
    <w:p>
      <w:pPr/>
      <w:r>
        <w:rPr>
          <w:rFonts w:ascii="Times New Roman" w:hAnsi="Times New Roman" w:eastAsia="Times New Roman" w:cs="Times New Roman"/>
          <w:sz w:val="24"/>
        </w:rPr>
        <w:t>[OFFICER NAME]</w:t>
      </w:r>
    </w:p>
    <w:p>
      <w:pPr/>
    </w:p>
    <w:p>
      <w:pPr/>
      <w:r>
        <w:rPr>
          <w:rFonts w:ascii="Times New Roman" w:hAnsi="Times New Roman" w:eastAsia="Times New Roman" w:cs="Times New Roman"/>
          <w:sz w:val="24"/>
        </w:rPr>
        <w:t>[OFFICER NAME]</w:t>
      </w:r>
    </w:p>
    <w:p>
      <w:pPr/>
    </w:p>
    <w:p>
      <w:pPr/>
      <w:r>
        <w:rPr>
          <w:rFonts w:ascii="Times New Roman" w:hAnsi="Times New Roman" w:eastAsia="Times New Roman" w:cs="Times New Roman"/>
          <w:sz w:val="24"/>
        </w:rPr>
        <w:t>[OFFICER NAME]</w:t>
      </w:r>
    </w:p>
    <w:p>
      <w:pPr/>
    </w:p>
    <w:p>
      <w:pPr/>
      <w:r>
        <w:rPr>
          <w:rFonts w:ascii="Times New Roman" w:hAnsi="Times New Roman" w:eastAsia="Times New Roman" w:cs="Times New Roman"/>
          <w:sz w:val="24"/>
        </w:rPr>
        <w:t>[OFFICER NAME]</w:t>
      </w:r>
      <w:r>
        <w:rPr>
          <w:rFonts w:ascii="Times New Roman" w:hAnsi="Times New Roman" w:eastAsia="Times New Roman" w:cs="Times New Roman"/>
          <w:sz w:val="24"/>
        </w:rPr>
        <w:tab/>
      </w:r>
    </w:p>
    <w:p>
      <w:pPr/>
      <w:r>
        <w:rPr>
          <w:rFonts w:ascii="Times New Roman" w:hAnsi="Times New Roman" w:eastAsia="Times New Roman" w:cs="Times New Roman"/>
          <w:sz w:val="24"/>
        </w:rPr>
        <w:t>OFFICE</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[TITLE]</w:t>
      </w:r>
    </w:p>
    <w:p>
      <w:pPr/>
    </w:p>
    <w:p>
      <w:pPr/>
      <w:r>
        <w:rPr>
          <w:rFonts w:ascii="Times New Roman" w:hAnsi="Times New Roman" w:eastAsia="Times New Roman" w:cs="Times New Roman"/>
          <w:sz w:val="24"/>
        </w:rPr>
        <w:t>[TITLE]</w:t>
      </w:r>
    </w:p>
    <w:p>
      <w:pPr/>
    </w:p>
    <w:p>
      <w:pPr/>
      <w:r>
        <w:rPr>
          <w:rFonts w:ascii="Times New Roman" w:hAnsi="Times New Roman" w:eastAsia="Times New Roman" w:cs="Times New Roman"/>
          <w:sz w:val="24"/>
        </w:rPr>
        <w:t>[TITLE]</w:t>
      </w:r>
    </w:p>
    <w:p>
      <w:pPr/>
    </w:p>
    <w:p>
      <w:pPr/>
      <w:r>
        <w:rPr>
          <w:rFonts w:ascii="Times New Roman" w:hAnsi="Times New Roman" w:eastAsia="Times New Roman" w:cs="Times New Roman"/>
          <w:sz w:val="24"/>
        </w:rPr>
        <w:t>[TITLE]</w:t>
      </w:r>
    </w:p>
    <w:p>
      <w:pPr/>
    </w:p>
    <w:p>
      <w:pPr/>
      <w:r>
        <w:rPr>
          <w:rFonts w:ascii="Times New Roman" w:hAnsi="Times New Roman" w:eastAsia="Times New Roman" w:cs="Times New Roman"/>
          <w:sz w:val="24"/>
        </w:rPr>
        <w:t>[TITLE]</w:t>
      </w:r>
    </w:p>
    <w:p>
      <w:pPr/>
      <w:r>
        <w:rPr>
          <w:rFonts w:ascii="Times New Roman" w:hAnsi="Times New Roman" w:eastAsia="Times New Roman" w:cs="Times New Roman"/>
          <w:sz w:val="24"/>
        </w:rPr>
        <w:t>SIGNATURE</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__________________</w:t>
      </w:r>
    </w:p>
    <w:p>
      <w:pPr/>
    </w:p>
    <w:p>
      <w:pPr/>
      <w:r>
        <w:rPr>
          <w:rFonts w:ascii="Times New Roman" w:hAnsi="Times New Roman" w:eastAsia="Times New Roman" w:cs="Times New Roman"/>
          <w:sz w:val="24"/>
        </w:rPr>
        <w:t>__________________</w:t>
      </w:r>
    </w:p>
    <w:p>
      <w:pPr/>
    </w:p>
    <w:p>
      <w:pPr/>
      <w:r>
        <w:rPr>
          <w:rFonts w:ascii="Times New Roman" w:hAnsi="Times New Roman" w:eastAsia="Times New Roman" w:cs="Times New Roman"/>
          <w:sz w:val="24"/>
        </w:rPr>
        <w:t>__________________</w:t>
      </w:r>
    </w:p>
    <w:p>
      <w:pPr/>
    </w:p>
    <w:p>
      <w:pPr/>
      <w:r>
        <w:rPr>
          <w:rFonts w:ascii="Times New Roman" w:hAnsi="Times New Roman" w:eastAsia="Times New Roman" w:cs="Times New Roman"/>
          <w:sz w:val="24"/>
        </w:rPr>
        <w:t>__________________</w:t>
      </w:r>
    </w:p>
    <w:p>
      <w:pPr/>
    </w:p>
    <w:p>
      <w:pPr/>
      <w:r>
        <w:rPr>
          <w:rFonts w:ascii="Times New Roman" w:hAnsi="Times New Roman" w:eastAsia="Times New Roman" w:cs="Times New Roman"/>
          <w:sz w:val="24"/>
        </w:rPr>
        <w:t>__________________</w:t>
      </w:r>
    </w:p>
    <w:p>
      <w:pPr/>
    </w:p>
    <w:p>
      <w:pPr/>
    </w:p>
    <w:p>
      <w:pPr/>
    </w:p>
    <w:p>
      <w:pPr/>
      <w:r>
        <w:rPr>
          <w:rFonts w:ascii="Times New Roman" w:hAnsi="Times New Roman" w:eastAsia="Times New Roman" w:cs="Times New Roman"/>
          <w:sz w:val="24"/>
        </w:rPr>
        <w:t xml:space="preserve">I further certify that the individual(s) named above is/are duly authorized to act on behalf of the Company with respect to </w:t>
      </w:r>
      <w:r>
        <w:rPr>
          <w:rFonts w:ascii="Times New Roman" w:hAnsi="Times New Roman" w:eastAsia="Times New Roman" w:cs="Times New Roman"/>
          <w:sz w:val="24"/>
        </w:rPr>
        <w:t>[TRANSACTION DESCRIPTION]</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Executed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____________________ </w:t>
      </w:r>
      <w:r>
        <w:rPr>
          <w:rFonts w:ascii="Times New Roman" w:hAnsi="Times New Roman" w:eastAsia="Times New Roman" w:cs="Times New Roman"/>
          <w:sz w:val="24"/>
        </w:rPr>
        <w:t>(signature)</w:t>
      </w:r>
    </w:p>
    <w:p>
      <w:pPr/>
      <w:r>
        <w:rPr>
          <w:rFonts w:ascii="Times New Roman" w:hAnsi="Times New Roman" w:eastAsia="Times New Roman" w:cs="Times New Roman"/>
          <w:sz w:val="24"/>
        </w:rPr>
        <w:t>[SIGNER'S NAME]</w:t>
      </w:r>
    </w:p>
    <w:p>
      <w:pPr/>
      <w:r>
        <w:rPr>
          <w:rFonts w:ascii="Times New Roman" w:hAnsi="Times New Roman" w:eastAsia="Times New Roman" w:cs="Times New Roman"/>
          <w:sz w:val="24"/>
        </w:rPr>
        <w:t>[SIGNER'S POSITION]</w:t>
      </w:r>
    </w:p>
    <w:p>
      <w:pPr/>
    </w:p>
    <w:p>
      <w:pPr/>
    </w:p>
    <w:p>
      <w:pPr/>
    </w:p>
    <w:p>
      <w:pPr>
        <w:spacing w:before="0" w:after="0"/>
        <w:jc w:val="center"/>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A notary public or other officer completing this certificate verifies only the identity of the individual who signed the document to which this certificate is attached, and not the truthfulness, accuracy, or validity of that document.</w:t>
      </w:r>
    </w:p>
    <w:p>
      <w:pPr>
        <w:spacing w:before="0" w:after="240"/>
      </w:pPr>
    </w:p>
    <w:p>
      <w:pPr>
        <w:spacing w:line="360" w:lineRule="auto"/>
      </w:pPr>
      <w:r>
        <w:rPr>
          <w:rFonts w:ascii="Times New Roman" w:hAnsi="Times New Roman" w:eastAsia="Times New Roman" w:cs="Times New Roman"/>
          <w:sz w:val="24"/>
        </w:rPr>
        <w:t>State of ________________________</w:t>
      </w:r>
    </w:p>
    <w:p>
      <w:pPr>
        <w:spacing w:line="360" w:lineRule="auto"/>
      </w:pPr>
      <w:r>
        <w:rPr>
          <w:rFonts w:ascii="Times New Roman" w:hAnsi="Times New Roman" w:eastAsia="Times New Roman" w:cs="Times New Roman"/>
          <w:sz w:val="24"/>
        </w:rPr>
        <w:t>County of ________________________</w:t>
      </w:r>
    </w:p>
    <w:p>
      <w:pPr>
        <w:spacing w:line="360" w:lineRule="auto"/>
      </w:pPr>
    </w:p>
    <w:p>
      <w:pPr>
        <w:spacing w:line="360" w:lineRule="auto"/>
      </w:pPr>
      <w:r>
        <w:rPr>
          <w:rFonts w:ascii="Times New Roman" w:hAnsi="Times New Roman" w:eastAsia="Times New Roman" w:cs="Times New Roman"/>
          <w:sz w:val="24"/>
        </w:rPr>
        <w:t xml:space="preserve">On ________________________, 20____, before me, ________________________ (insert name and title of the officer), personally appeared ________________________ (seller’s name) who proved to me on the basis of satisfactory evidence to be the person whose name is subscribed within the Transfer on Death Deed and acknowledged to me that they executed the same in their authorized capacity, and that by their signature on the instrument the person, or the entity upon behalf of which the person acted, executed the instrument. </w:t>
      </w:r>
    </w:p>
    <w:p>
      <w:pPr>
        <w:spacing w:line="360" w:lineRule="auto"/>
      </w:pPr>
    </w:p>
    <w:p>
      <w:pPr>
        <w:spacing w:line="360" w:lineRule="auto"/>
      </w:pPr>
      <w:r>
        <w:rPr>
          <w:rFonts w:ascii="Times New Roman" w:hAnsi="Times New Roman" w:eastAsia="Times New Roman" w:cs="Times New Roman"/>
          <w:sz w:val="24"/>
        </w:rPr>
        <w:t xml:space="preserve">I certify under PENALTY OF PERJURY under the laws of the state of ________________________ that the foregoing paragraph is true and correct. </w:t>
      </w:r>
    </w:p>
    <w:p>
      <w:pPr>
        <w:spacing w:line="360" w:lineRule="auto"/>
      </w:pPr>
    </w:p>
    <w:p>
      <w:pPr>
        <w:spacing w:line="360" w:lineRule="auto"/>
      </w:pPr>
      <w:r>
        <w:rPr>
          <w:rFonts w:ascii="Times New Roman" w:hAnsi="Times New Roman" w:eastAsia="Times New Roman" w:cs="Times New Roman"/>
          <w:sz w:val="24"/>
        </w:rPr>
        <w:t xml:space="preserve">WITNESS my hand and official seal. </w:t>
      </w:r>
    </w:p>
    <w:p>
      <w:pPr>
        <w:spacing w:line="360" w:lineRule="auto"/>
      </w:pPr>
    </w:p>
    <w:p>
      <w:pPr>
        <w:spacing w:line="360" w:lineRule="auto"/>
      </w:pPr>
      <w:r>
        <w:rPr>
          <w:rFonts w:ascii="Times New Roman" w:hAnsi="Times New Roman" w:eastAsia="Times New Roman" w:cs="Times New Roman"/>
          <w:sz w:val="24"/>
        </w:rPr>
        <w:t xml:space="preserve">Notary Public: </w:t>
      </w:r>
      <w:r>
        <w:rPr>
          <w:rFonts w:ascii="Times New Roman" w:hAnsi="Times New Roman" w:eastAsia="Times New Roman" w:cs="Times New Roman"/>
          <w:sz w:val="24"/>
        </w:rPr>
        <w:t>________________________</w:t>
      </w:r>
    </w:p>
    <w:p>
      <w:pPr>
        <w:spacing w:line="360" w:lineRule="auto"/>
      </w:pPr>
      <w:r>
        <w:rPr>
          <w:rFonts w:ascii="Times New Roman" w:hAnsi="Times New Roman" w:eastAsia="Times New Roman" w:cs="Times New Roman"/>
          <w:sz w:val="24"/>
        </w:rPr>
        <w:t>Print Name: ________________________</w:t>
      </w:r>
    </w:p>
    <w:p>
      <w:pPr>
        <w:spacing w:line="360" w:lineRule="auto"/>
      </w:pPr>
      <w:r>
        <w:rPr>
          <w:rFonts w:ascii="Times New Roman" w:hAnsi="Times New Roman" w:eastAsia="Times New Roman" w:cs="Times New Roman"/>
          <w:sz w:val="24"/>
        </w:rPr>
        <w:t>My Commission Expires: ________________________, 20____</w:t>
      </w:r>
    </w:p>
    <w:p>
      <w:pPr>
        <w:spacing w:before="0" w:after="240"/>
      </w:pPr>
    </w:p>
    <w:p>
      <w:pPr/>
      <w:r>
        <w:rPr>
          <w:rFonts w:ascii="Times New Roman" w:hAnsi="Times New Roman" w:eastAsia="Times New Roman" w:cs="Times New Roman"/>
          <w:sz w:val="24"/>
        </w:rPr>
        <w:t>(seal)</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