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CALIFORNIA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designated office in the State of California is [address of initial designated office].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registered agent is [name of initial registered agent] and the registered agent's address is [address of initial registered agent].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mailing address of each general partner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have executed this Certificate of Limited Partnership as of [date of signature].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