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COLORADO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LIMITED PARTNERSHIP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undersigned, desiring to form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limited partnership pursuant to the Colorado Revised Statutes § 7-62-201, do hereby certify as follows: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Partnership's initial principal office is [address of initial principal office].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registered agent is [name of initial registered agent] and the registered agent's address is [address of initial registered agent].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registered agent named in section </w:t>
      </w:r>
      <w:r>
        <w:rPr>
          <w:rFonts w:ascii="Times New Roman" w:hAnsi="Times New Roman" w:eastAsia="Times New Roman" w:cs="Times New Roman"/>
          <w:b w:val="0"/>
          <w:sz w:val="24"/>
        </w:rPr>
        <w:t>5.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this Certificate of Limited Partnership consented to being so appointed.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Partnership has at least two partners in the partnership, at least one of whom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limited partner. The name and mailing address of each general partner is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mailing 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mailing address]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has caused this Certificate of Limited Partnership to be delivered for filing as of [date of signature].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Address: [address]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