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Certificate of Limited Partnership (Delaware Official Form)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This form of Certificate of Limited Partnership Agreement is to be used when forming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private equity fund structured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Delaware Limited Partnership. This form is available for download from the State of Delaware’s official Division of Corporations: Certificate of Limited Partnership.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