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Limited Partnership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STATE OF DELAWARE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CERTIFICATE OF LIMITED PARTNERSHIP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 OF LIMITED PARTNERSHIP]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undersigned, desiring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limited partnership pursuant to the Delaware Revised Uniform Limited Partnership Act, 6 Delaware Code, Chapter 17, do hereby certify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limited partnership is [name of limited partnership] (the "Partnership").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address of the Partnership's registered office in the State of Delaware is [address of registered office]. The name of the registered agent at such address is [name of registered agent].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and mailing address of each general partner is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[general partner name and mailing 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[general partner name and mailing address].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the undersigned have executed this Certificate of Limited Partnership as of [date of signature].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[title]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[title]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