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Certificate of Limited Partnership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STATE OF FLORIDA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CERTIFICATE OF LIMITED PARTNERSHIP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LIMITED PARTNERSHIP]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limited partnership is [name of limited partnership] (the "Partnership").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initial designated office address of the Partnership is [initial designated office address].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of the initial registered agent is [name of initial registered agent] and the registered agent's address is [street address of initial registered agent].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name and business address of each general partner is as follows: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business 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[general partner name and business address]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Having been named as registered agent to accept service of process for the above stated limited partnership at the place designated in this certificate, I am familiar with and accept the appointment as registered agent and agree to act in this capacity. I further agree to comply with all applicable statutes relative to the performance of my duties as registered agent.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(Registered Agent)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[I/We] submit this document and affirm that the facts stated herein are true. [I/We] [am/are] aware that any false information submitted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document to the Florida Department of State constitutes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third degree felony as provided for in Fla. Stat. § 817.155.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 (General Partner)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(type or print)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