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GEORGIA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LIMITED PARTNERSHIP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LIMITED PARTNERSHIP]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partnership is [name of limited partnership] (the "Partnership").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registered agent is [name of initial registered agent] and the registered office address is [address of initial registered office].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business address of each general partner is as follows: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business address]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business address]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undersigned has caused this Certificate of Limited Partnership to be delivered for filing as of [date of signature].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[capacity in which person is signing, i.e. General Partner]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