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Limited Partnership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STATE OF ILLINOIS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LIMITED PARTNERSHIP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LIMITED PARTNERSHIP]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partnership is [name of limited partnership] (the "Partnership").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initial designated office address of the Partnership is [initial designated office address].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initial registered agent is [name of initial registered agent] and the registered agent's address is [street address of initial registered agent].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registered agent must be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physical street address in Illinois and may not be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P.O. Box address.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business address]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business 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purpose of the Partnership is [the transaction of any or all lawful business for which limited partnerships may be organized under the Uniform Limited Partnership Act (2001)].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[I/We] the undersigned hereby declare(s), under penalty of perjury, that the statements made in the foregoing Certificate of Limited Partnership are true.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(General Partner)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(General Partner)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