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LOUISIANA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PARTNERSHIP REGISTRATION FORM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PARTNERSHIP IN COMMENDAM]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partnership is [name of partnership in commendam]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taxpayer identification number of the Partnership is [taxpayer identification number].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Partnership's principal place of business in Louisiana is [address of principal place of business].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address of each partner (including partners in commendam)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[Partner name and mailing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[Partner name and mailing address].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have executed this Partnership Registration Form as of [date of signature].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