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Certificate of Limited Partnership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STATE OF MICHIGAN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LIMITED PARTNERSHIP CERTIFICATE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 of the limited partnership is [name of limited partnership] (the "Partnership").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initial address of the Partnership at which its records will be maintained is [initial office address].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 of the initial registered agent is [name of initial registered agent] and the registered agent's address is [street address of initial registered agent].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 and mailing address of each general partner is as follows: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General Partners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[general partner last name, first name, middle initial]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[business/residence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[general partner last name, first name, middle initial]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[business/residence 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Limited Partners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[limited partner last name, first name, middle initial]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[business/residence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[details of cash/contribution made/will be made]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[limited partner last name, first name, middle initial]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[business/residence address]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[details of cash/contribution made/will be made]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general character of the Partnership is [description of Partnership's business)].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We the undersigned incorporator hereby declare, under penalty of perjury, that the statements made in the foregoing Certificate of Limited Partnership are true.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(General Partner)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(type or print)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(General Partner)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(type or print)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(Limited Partner)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(type or print)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(Limited Partner)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(type or print)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