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Certificate of Limited Partnership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STATE OF MISSOURI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CERTIFICATE OF LIMITED PARTNERSHIP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[NAME OF LIMITED PARTNERSHIP]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1.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name of the limited partnership is [name of limited partnership] (the "Partnership").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2.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name of the initial registered agent is [name of initial registered agent] and the registered agent's address is [registered office address].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3.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name and mailing address of each general partner is as follows: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[general partner name and address]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[general partner name and address]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4.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events on which the Partnership is to dissolve or the number of years the Partnership is to continue are: [events or number of years]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We, the undersigned, hereby declare, under the penalties of perjury in accordance with Mo. Rev. Stat. § 575.040, that the statements made in the foregoing Certificate of Limited Partnership are true and correct.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BY: ____________________ (General Partner or Authorized Agent)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NAME: 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DATE: 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(type or print)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BY: ____________________ (General Partner or Authorized Agent)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NAME: 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DATE: 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(type or print)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