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Limited Partnership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STATE OF NEVADA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LIMITED PARTNERSHIP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LIMITED PARTNERSHIP]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partnership is [name of limited partnership] (the "Partnership").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commercial registered agent of the Partnership is [name of commercial registered agent].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address of each general partner is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[General partner name and mailing address].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have executed this Certificate of Limited Partnership as of [date of signature].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