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
    <w:p>
      <w:pPr/>
    </w:p>
    <w:p>
      <w:pPr>
        <w:keepNext w:val="0"/>
        <w:spacing w:after="200" w:line="340" w:lineRule="exact"/>
        <w:ind w:left="0" w:right="0" w:firstLine="0"/>
        <w:jc w:val="center"/>
      </w:pPr>
      <w:r>
        <w:rPr>
          <w:rFonts w:ascii="Times New Roman" w:hAnsi="Times New Roman" w:eastAsia="Times New Roman" w:cs="Times New Roman"/>
          <w:b/>
          <w:sz w:val="24"/>
        </w:rPr>
        <w:t xml:space="preserve">Certificate of Limited Partnership </w:t>
      </w:r>
    </w:p>
    <w:p>
      <w:pPr>
        <w:keepNext w:val="0"/>
        <w:spacing w:after="0" w:line="240" w:lineRule="exact"/>
        <w:ind w:right="0"/>
        <w:jc w:val="both"/>
      </w:pPr>
    </w:p>
    <w:p>
      <w:pPr>
        <w:keepNext w:val="0"/>
        <w:spacing w:before="120" w:after="0" w:line="260" w:lineRule="exact"/>
        <w:ind w:left="360" w:right="0" w:firstLine="0"/>
        <w:jc w:val="left"/>
      </w:pPr>
      <w:r>
        <w:rPr>
          <w:rFonts w:ascii="Times New Roman" w:hAnsi="Times New Roman" w:eastAsia="Times New Roman" w:cs="Times New Roman"/>
          <w:sz w:val="24"/>
        </w:rPr>
        <w:br/>
      </w:r>
      <w:r>
        <w:rPr>
          <w:rFonts w:ascii="Times New Roman" w:hAnsi="Times New Roman" w:eastAsia="Times New Roman" w:cs="Times New Roman"/>
          <w:b/>
          <w:sz w:val="24"/>
        </w:rPr>
        <w:t>STATE OF NEW JERSEY</w:t>
      </w:r>
      <w:r>
        <w:rPr>
          <w:rFonts w:ascii="Times New Roman" w:hAnsi="Times New Roman" w:eastAsia="Times New Roman" w:cs="Times New Roman"/>
          <w:b w:val="0"/>
          <w:sz w:val="24"/>
        </w:rPr>
        <w:t xml:space="preserve"> </w:t>
      </w:r>
      <w:r>
        <w:rPr>
          <w:rFonts w:ascii="Times New Roman" w:hAnsi="Times New Roman" w:eastAsia="Times New Roman" w:cs="Times New Roman"/>
          <w:sz w:val="24"/>
        </w:rPr>
        <w:br/>
      </w:r>
      <w:r>
        <w:rPr>
          <w:rFonts w:ascii="Times New Roman" w:hAnsi="Times New Roman" w:eastAsia="Times New Roman" w:cs="Times New Roman"/>
          <w:b/>
          <w:sz w:val="24"/>
        </w:rPr>
        <w:t>CERTIFICATE OF LIMITED PARTNERSHIP</w:t>
      </w:r>
      <w:r>
        <w:rPr>
          <w:rFonts w:ascii="Times New Roman" w:hAnsi="Times New Roman" w:eastAsia="Times New Roman" w:cs="Times New Roman"/>
          <w:b w:val="0"/>
          <w:sz w:val="24"/>
        </w:rPr>
        <w:t xml:space="preserve"> </w:t>
      </w:r>
      <w:r>
        <w:rPr>
          <w:rFonts w:ascii="Times New Roman" w:hAnsi="Times New Roman" w:eastAsia="Times New Roman" w:cs="Times New Roman"/>
          <w:sz w:val="24"/>
        </w:rPr>
        <w:br/>
      </w:r>
      <w:r>
        <w:rPr>
          <w:rFonts w:ascii="Times New Roman" w:hAnsi="Times New Roman" w:eastAsia="Times New Roman" w:cs="Times New Roman"/>
          <w:b/>
          <w:sz w:val="24"/>
        </w:rPr>
        <w:t>OF</w:t>
      </w:r>
      <w:r>
        <w:rPr>
          <w:rFonts w:ascii="Times New Roman" w:hAnsi="Times New Roman" w:eastAsia="Times New Roman" w:cs="Times New Roman"/>
          <w:b w:val="0"/>
          <w:sz w:val="24"/>
        </w:rPr>
        <w:t xml:space="preserve"> </w:t>
      </w:r>
      <w:r>
        <w:rPr>
          <w:rFonts w:ascii="Times New Roman" w:hAnsi="Times New Roman" w:eastAsia="Times New Roman" w:cs="Times New Roman"/>
          <w:sz w:val="24"/>
        </w:rPr>
        <w:br/>
      </w:r>
      <w:r>
        <w:rPr>
          <w:rFonts w:ascii="Times New Roman" w:hAnsi="Times New Roman" w:eastAsia="Times New Roman" w:cs="Times New Roman"/>
          <w:b/>
          <w:sz w:val="24"/>
        </w:rPr>
        <w:t>[NAME OF LIMITED PARTNERSHIP]</w:t>
      </w:r>
    </w:p>
    <w:p>
      <w:pPr>
        <w:keepNext w:val="0"/>
        <w:spacing w:before="120" w:after="0" w:line="260" w:lineRule="exact"/>
        <w:ind w:left="720" w:right="0" w:firstLine="0"/>
        <w:jc w:val="left"/>
      </w:pPr>
      <w:r>
        <w:rPr>
          <w:rFonts w:ascii="Times New Roman" w:hAnsi="Times New Roman" w:eastAsia="Times New Roman" w:cs="Times New Roman"/>
          <w:b w:val="0"/>
          <w:sz w:val="24"/>
        </w:rPr>
        <w:t>1.</w:t>
      </w:r>
    </w:p>
    <w:p>
      <w:pPr>
        <w:keepNext w:val="0"/>
        <w:spacing w:before="200" w:after="0" w:line="260" w:lineRule="exact"/>
        <w:ind w:left="720" w:right="0" w:firstLine="0"/>
        <w:jc w:val="both"/>
      </w:pPr>
      <w:r>
        <w:rPr>
          <w:rFonts w:ascii="Times New Roman" w:hAnsi="Times New Roman" w:eastAsia="Times New Roman" w:cs="Times New Roman"/>
          <w:b w:val="0"/>
          <w:sz w:val="24"/>
        </w:rPr>
        <w:t xml:space="preserve"> The name of the limited partnership is [name of limited partnership] (the "Partnership").</w:t>
      </w:r>
    </w:p>
    <w:p>
      <w:pPr>
        <w:keepNext w:val="0"/>
        <w:spacing w:before="120" w:after="0" w:line="260" w:lineRule="exact"/>
        <w:ind w:left="720" w:right="0" w:firstLine="0"/>
        <w:jc w:val="left"/>
      </w:pPr>
      <w:r>
        <w:rPr>
          <w:rFonts w:ascii="Times New Roman" w:hAnsi="Times New Roman" w:eastAsia="Times New Roman" w:cs="Times New Roman"/>
          <w:b w:val="0"/>
          <w:sz w:val="24"/>
        </w:rPr>
        <w:t>2.</w:t>
      </w:r>
    </w:p>
    <w:p>
      <w:pPr>
        <w:keepNext w:val="0"/>
        <w:spacing w:before="200" w:after="0" w:line="260" w:lineRule="exact"/>
        <w:ind w:left="720" w:right="0" w:firstLine="0"/>
        <w:jc w:val="both"/>
      </w:pPr>
      <w:r>
        <w:rPr>
          <w:rFonts w:ascii="Times New Roman" w:hAnsi="Times New Roman" w:eastAsia="Times New Roman" w:cs="Times New Roman"/>
          <w:b w:val="0"/>
          <w:sz w:val="24"/>
        </w:rPr>
        <w:t xml:space="preserve"> The general character of the Partnership's business is [description of Partnership's business].</w:t>
      </w:r>
    </w:p>
    <w:p>
      <w:pPr>
        <w:keepNext w:val="0"/>
        <w:spacing w:before="120" w:after="0" w:line="260" w:lineRule="exact"/>
        <w:ind w:left="720" w:right="0" w:firstLine="0"/>
        <w:jc w:val="left"/>
      </w:pPr>
      <w:r>
        <w:rPr>
          <w:rFonts w:ascii="Times New Roman" w:hAnsi="Times New Roman" w:eastAsia="Times New Roman" w:cs="Times New Roman"/>
          <w:b w:val="0"/>
          <w:sz w:val="24"/>
        </w:rPr>
        <w:t>3.</w:t>
      </w:r>
    </w:p>
    <w:p>
      <w:pPr>
        <w:keepNext w:val="0"/>
        <w:spacing w:before="200" w:after="0" w:line="260" w:lineRule="exact"/>
        <w:ind w:left="720" w:right="0" w:firstLine="0"/>
        <w:jc w:val="both"/>
      </w:pPr>
      <w:r>
        <w:rPr>
          <w:rFonts w:ascii="Times New Roman" w:hAnsi="Times New Roman" w:eastAsia="Times New Roman" w:cs="Times New Roman"/>
          <w:b w:val="0"/>
          <w:sz w:val="24"/>
        </w:rPr>
        <w:t xml:space="preserve"> The address of the Partnership's registered office in the State of New Jersey is [address of registered office]. The name of the registered agent at such address is [name of registered agent]. The location of the Partnership's principal place of business is [address of principal place of business].</w:t>
      </w:r>
    </w:p>
    <w:p>
      <w:pPr>
        <w:keepNext w:val="0"/>
        <w:spacing w:before="120" w:after="0" w:line="260" w:lineRule="exact"/>
        <w:ind w:left="720" w:right="0" w:firstLine="0"/>
        <w:jc w:val="left"/>
      </w:pPr>
      <w:r>
        <w:rPr>
          <w:rFonts w:ascii="Times New Roman" w:hAnsi="Times New Roman" w:eastAsia="Times New Roman" w:cs="Times New Roman"/>
          <w:b w:val="0"/>
          <w:sz w:val="24"/>
        </w:rPr>
        <w:t>4.</w:t>
      </w:r>
    </w:p>
    <w:p>
      <w:pPr>
        <w:keepNext w:val="0"/>
        <w:spacing w:before="200" w:after="0" w:line="260" w:lineRule="exact"/>
        <w:ind w:left="720" w:right="0" w:firstLine="0"/>
        <w:jc w:val="both"/>
      </w:pPr>
      <w:r>
        <w:rPr>
          <w:rFonts w:ascii="Times New Roman" w:hAnsi="Times New Roman" w:eastAsia="Times New Roman" w:cs="Times New Roman"/>
          <w:b w:val="0"/>
          <w:sz w:val="24"/>
        </w:rPr>
        <w:t xml:space="preserve"> The name and address of each general partner is as follows:</w:t>
      </w:r>
    </w:p>
    <w:p>
      <w:pPr>
        <w:keepNext w:val="0"/>
        <w:spacing w:before="200" w:after="0" w:line="260" w:lineRule="exact"/>
        <w:ind w:left="1080" w:right="0" w:firstLine="0"/>
        <w:jc w:val="both"/>
      </w:pPr>
      <w:r>
        <w:rPr>
          <w:rFonts w:ascii="Times New Roman" w:hAnsi="Times New Roman" w:eastAsia="Times New Roman" w:cs="Times New Roman"/>
          <w:b w:val="0"/>
          <w:sz w:val="24"/>
        </w:rPr>
        <w:t>[General partner name and mailing address]</w:t>
      </w:r>
    </w:p>
    <w:p>
      <w:pPr>
        <w:keepNext w:val="0"/>
        <w:spacing w:before="200" w:after="0" w:line="260" w:lineRule="exact"/>
        <w:ind w:left="1080" w:right="0" w:firstLine="0"/>
        <w:jc w:val="both"/>
      </w:pPr>
      <w:r>
        <w:rPr>
          <w:rFonts w:ascii="Times New Roman" w:hAnsi="Times New Roman" w:eastAsia="Times New Roman" w:cs="Times New Roman"/>
          <w:b w:val="0"/>
          <w:sz w:val="24"/>
        </w:rPr>
        <w:t>[General partner name and mailing address].</w:t>
      </w:r>
    </w:p>
    <w:p>
      <w:pPr>
        <w:keepNext w:val="0"/>
        <w:spacing w:before="120" w:after="0" w:line="260" w:lineRule="exact"/>
        <w:ind w:left="720" w:right="0" w:firstLine="0"/>
        <w:jc w:val="left"/>
      </w:pPr>
      <w:r>
        <w:rPr>
          <w:rFonts w:ascii="Times New Roman" w:hAnsi="Times New Roman" w:eastAsia="Times New Roman" w:cs="Times New Roman"/>
          <w:b w:val="0"/>
          <w:sz w:val="24"/>
        </w:rPr>
        <w:t>5.</w:t>
      </w:r>
    </w:p>
    <w:p>
      <w:pPr>
        <w:keepNext w:val="0"/>
        <w:spacing w:before="200" w:after="0" w:line="260" w:lineRule="exact"/>
        <w:ind w:left="720" w:right="0" w:firstLine="0"/>
        <w:jc w:val="both"/>
      </w:pPr>
      <w:r>
        <w:rPr>
          <w:rFonts w:ascii="Times New Roman" w:hAnsi="Times New Roman" w:eastAsia="Times New Roman" w:cs="Times New Roman"/>
          <w:b w:val="0"/>
          <w:sz w:val="24"/>
        </w:rPr>
        <w:t xml:space="preserve"> In the aggregate, the partners have contributed [amount of contributions] in cash to the Partnership. The partners have contributed no other property to the Partnership. The partners have not agreed to make any contributions to the Partnership in the future, whether at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specific time, upon the occurrence of </w:t>
      </w:r>
      <w:r>
        <w:rPr>
          <w:rFonts w:ascii="Times New Roman" w:hAnsi="Times New Roman" w:eastAsia="Times New Roman" w:cs="Times New Roman"/>
          <w:b/>
          <w:sz w:val="24"/>
        </w:rPr>
        <w:t>an</w:t>
      </w:r>
      <w:r>
        <w:rPr>
          <w:rFonts w:ascii="Times New Roman" w:hAnsi="Times New Roman" w:eastAsia="Times New Roman" w:cs="Times New Roman"/>
          <w:b w:val="0"/>
          <w:sz w:val="24"/>
        </w:rPr>
        <w:t xml:space="preserve"> event, or otherwise.</w:t>
      </w:r>
    </w:p>
    <w:p>
      <w:pPr>
        <w:keepNext w:val="0"/>
        <w:spacing w:before="120" w:after="0" w:line="260" w:lineRule="exact"/>
        <w:ind w:left="720" w:right="0" w:firstLine="0"/>
        <w:jc w:val="left"/>
      </w:pPr>
      <w:r>
        <w:rPr>
          <w:rFonts w:ascii="Times New Roman" w:hAnsi="Times New Roman" w:eastAsia="Times New Roman" w:cs="Times New Roman"/>
          <w:b w:val="0"/>
          <w:sz w:val="24"/>
        </w:rPr>
        <w:t>6.</w:t>
      </w:r>
    </w:p>
    <w:p>
      <w:pPr>
        <w:keepNext w:val="0"/>
        <w:spacing w:before="200" w:after="0" w:line="260" w:lineRule="exact"/>
        <w:ind w:left="720" w:right="0" w:firstLine="0"/>
        <w:jc w:val="both"/>
      </w:pPr>
      <w:r>
        <w:rPr>
          <w:rFonts w:ascii="Times New Roman" w:hAnsi="Times New Roman" w:eastAsia="Times New Roman" w:cs="Times New Roman"/>
          <w:b w:val="0"/>
          <w:sz w:val="24"/>
        </w:rPr>
        <w:t xml:space="preserve"> Except as otherwise provided in the Partnership's limited partnership agreement (the "Agreement"),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limited partner may not grant the right to become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limited partner to </w:t>
      </w:r>
      <w:r>
        <w:rPr>
          <w:rFonts w:ascii="Times New Roman" w:hAnsi="Times New Roman" w:eastAsia="Times New Roman" w:cs="Times New Roman"/>
          <w:b/>
          <w:sz w:val="24"/>
        </w:rPr>
        <w:t>an</w:t>
      </w:r>
      <w:r>
        <w:rPr>
          <w:rFonts w:ascii="Times New Roman" w:hAnsi="Times New Roman" w:eastAsia="Times New Roman" w:cs="Times New Roman"/>
          <w:b w:val="0"/>
          <w:sz w:val="24"/>
        </w:rPr>
        <w:t xml:space="preserve"> assignee of any part of his partnership interest.</w:t>
      </w:r>
    </w:p>
    <w:p>
      <w:pPr>
        <w:keepNext w:val="0"/>
        <w:spacing w:before="120" w:after="0" w:line="260" w:lineRule="exact"/>
        <w:ind w:left="720" w:right="0" w:firstLine="0"/>
        <w:jc w:val="left"/>
      </w:pPr>
      <w:r>
        <w:rPr>
          <w:rFonts w:ascii="Times New Roman" w:hAnsi="Times New Roman" w:eastAsia="Times New Roman" w:cs="Times New Roman"/>
          <w:b w:val="0"/>
          <w:sz w:val="24"/>
        </w:rPr>
        <w:t>7.</w:t>
      </w:r>
    </w:p>
    <w:p>
      <w:pPr>
        <w:keepNext w:val="0"/>
        <w:spacing w:before="200" w:after="0" w:line="260" w:lineRule="exact"/>
        <w:ind w:left="720" w:right="0" w:firstLine="0"/>
        <w:jc w:val="both"/>
      </w:pPr>
      <w:r>
        <w:rPr>
          <w:rFonts w:ascii="Times New Roman" w:hAnsi="Times New Roman" w:eastAsia="Times New Roman" w:cs="Times New Roman"/>
          <w:b w:val="0"/>
          <w:sz w:val="24"/>
        </w:rPr>
        <w:t xml:space="preserve"> Except as otherwise provided in the Agreement, no time has been agreed upon for the termination of membership and return of contribution of the limited partners.</w:t>
      </w:r>
    </w:p>
    <w:p>
      <w:pPr>
        <w:keepNext w:val="0"/>
        <w:spacing w:before="120" w:after="0" w:line="260" w:lineRule="exact"/>
        <w:ind w:left="720" w:right="0" w:firstLine="0"/>
        <w:jc w:val="left"/>
      </w:pPr>
      <w:r>
        <w:rPr>
          <w:rFonts w:ascii="Times New Roman" w:hAnsi="Times New Roman" w:eastAsia="Times New Roman" w:cs="Times New Roman"/>
          <w:b w:val="0"/>
          <w:sz w:val="24"/>
        </w:rPr>
        <w:t>8.</w:t>
      </w:r>
    </w:p>
    <w:p>
      <w:pPr>
        <w:keepNext w:val="0"/>
        <w:spacing w:before="200" w:after="0" w:line="260" w:lineRule="exact"/>
        <w:ind w:left="720" w:right="0" w:firstLine="0"/>
        <w:jc w:val="both"/>
      </w:pPr>
      <w:r>
        <w:rPr>
          <w:rFonts w:ascii="Times New Roman" w:hAnsi="Times New Roman" w:eastAsia="Times New Roman" w:cs="Times New Roman"/>
          <w:b w:val="0"/>
          <w:sz w:val="24"/>
        </w:rPr>
        <w:t xml:space="preserve"> Except as otherwise provided in the Agreement, the general partner has sole discretion to determine what distributions, if any, the Partnership will make to its limited partners.</w:t>
      </w:r>
    </w:p>
    <w:p>
      <w:pPr>
        <w:keepNext w:val="0"/>
        <w:spacing w:before="120" w:after="0" w:line="260" w:lineRule="exact"/>
        <w:ind w:left="720" w:right="0" w:firstLine="0"/>
        <w:jc w:val="left"/>
      </w:pPr>
      <w:r>
        <w:rPr>
          <w:rFonts w:ascii="Times New Roman" w:hAnsi="Times New Roman" w:eastAsia="Times New Roman" w:cs="Times New Roman"/>
          <w:b w:val="0"/>
          <w:sz w:val="24"/>
        </w:rPr>
        <w:t>9.</w:t>
      </w:r>
    </w:p>
    <w:p>
      <w:pPr>
        <w:keepNext w:val="0"/>
        <w:spacing w:before="200" w:after="0" w:line="260" w:lineRule="exact"/>
        <w:ind w:left="720" w:right="0" w:firstLine="0"/>
        <w:jc w:val="both"/>
      </w:pPr>
      <w:r>
        <w:rPr>
          <w:rFonts w:ascii="Times New Roman" w:hAnsi="Times New Roman" w:eastAsia="Times New Roman" w:cs="Times New Roman"/>
          <w:b w:val="0"/>
          <w:sz w:val="24"/>
        </w:rPr>
        <w:t xml:space="preserve"> Except as otherwise provided in the Agreement, no limited partner has the right to demand the return of his capital contribution or any profits added thereto, except upon termination and dissolution of the Partnership. Except as otherwise provided in the Agreement, in no event shall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limited partner be entitled to demand or receive property other than cash.</w:t>
      </w:r>
    </w:p>
    <w:p>
      <w:pPr>
        <w:keepNext w:val="0"/>
        <w:spacing w:before="120" w:after="0" w:line="260" w:lineRule="exact"/>
        <w:ind w:left="720" w:right="0" w:firstLine="0"/>
        <w:jc w:val="left"/>
      </w:pPr>
      <w:r>
        <w:rPr>
          <w:rFonts w:ascii="Times New Roman" w:hAnsi="Times New Roman" w:eastAsia="Times New Roman" w:cs="Times New Roman"/>
          <w:b w:val="0"/>
          <w:sz w:val="24"/>
        </w:rPr>
        <w:t>10.</w:t>
      </w:r>
    </w:p>
    <w:p>
      <w:pPr>
        <w:keepNext w:val="0"/>
        <w:spacing w:before="200" w:after="0" w:line="260" w:lineRule="exact"/>
        <w:ind w:left="720" w:right="0" w:firstLine="0"/>
        <w:jc w:val="both"/>
      </w:pPr>
      <w:r>
        <w:rPr>
          <w:rFonts w:ascii="Times New Roman" w:hAnsi="Times New Roman" w:eastAsia="Times New Roman" w:cs="Times New Roman"/>
          <w:b w:val="0"/>
          <w:sz w:val="24"/>
        </w:rPr>
        <w:t xml:space="preserve"> The Partnership shall dissolve upon the first to occur of the events specified in the Agreement.</w:t>
      </w:r>
    </w:p>
    <w:p>
      <w:pPr>
        <w:keepNext w:val="0"/>
        <w:spacing w:before="120" w:after="0" w:line="260" w:lineRule="exact"/>
        <w:ind w:left="720" w:right="0" w:firstLine="0"/>
        <w:jc w:val="left"/>
      </w:pPr>
      <w:r>
        <w:rPr>
          <w:rFonts w:ascii="Times New Roman" w:hAnsi="Times New Roman" w:eastAsia="Times New Roman" w:cs="Times New Roman"/>
          <w:b w:val="0"/>
          <w:sz w:val="24"/>
        </w:rPr>
        <w:t>11.</w:t>
      </w:r>
    </w:p>
    <w:p>
      <w:pPr>
        <w:keepNext w:val="0"/>
        <w:spacing w:before="200" w:after="0" w:line="260" w:lineRule="exact"/>
        <w:ind w:left="720" w:right="0" w:firstLine="0"/>
        <w:jc w:val="both"/>
      </w:pPr>
      <w:r>
        <w:rPr>
          <w:rFonts w:ascii="Times New Roman" w:hAnsi="Times New Roman" w:eastAsia="Times New Roman" w:cs="Times New Roman"/>
          <w:b w:val="0"/>
          <w:sz w:val="24"/>
        </w:rPr>
        <w:t xml:space="preserve"> If there is more than one general partner of the Partnership, the remaining general partners may continue the business on the happening of </w:t>
      </w:r>
      <w:r>
        <w:rPr>
          <w:rFonts w:ascii="Times New Roman" w:hAnsi="Times New Roman" w:eastAsia="Times New Roman" w:cs="Times New Roman"/>
          <w:b/>
          <w:sz w:val="24"/>
        </w:rPr>
        <w:t>an</w:t>
      </w:r>
      <w:r>
        <w:rPr>
          <w:rFonts w:ascii="Times New Roman" w:hAnsi="Times New Roman" w:eastAsia="Times New Roman" w:cs="Times New Roman"/>
          <w:b w:val="0"/>
          <w:sz w:val="24"/>
        </w:rPr>
        <w:t xml:space="preserve"> event of withdrawal of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general partner upon the terms and conditions specified in the Agreement.</w:t>
      </w:r>
    </w:p>
    <w:p>
      <w:pPr/>
    </w:p>
    <w:p>
      <w:pPr>
        <w:keepNext w:val="0"/>
        <w:spacing w:before="200" w:after="0" w:line="260" w:lineRule="exact"/>
        <w:ind w:left="360" w:right="0" w:firstLine="0"/>
        <w:jc w:val="both"/>
      </w:pPr>
      <w:r>
        <w:rPr>
          <w:rFonts w:ascii="Times New Roman" w:hAnsi="Times New Roman" w:eastAsia="Times New Roman" w:cs="Times New Roman"/>
          <w:b w:val="0"/>
          <w:sz w:val="24"/>
        </w:rPr>
        <w:t>IN WITNESS WHEREOF, the undersigned have executed this Certificate of Limited Partnership as of [date of signature].</w:t>
      </w:r>
    </w:p>
    <w:p>
      <w:pPr>
        <w:keepNext w:val="0"/>
        <w:spacing w:before="120" w:after="0" w:line="260" w:lineRule="exact"/>
        <w:ind w:left="360" w:right="0" w:firstLine="0"/>
        <w:jc w:val="left"/>
      </w:pPr>
      <w:r>
        <w:rPr>
          <w:rFonts w:ascii="Times New Roman" w:hAnsi="Times New Roman" w:eastAsia="Times New Roman" w:cs="Times New Roman"/>
          <w:b w:val="0"/>
          <w:sz w:val="24"/>
        </w:rPr>
        <w:t>By: ____________________</w:t>
      </w:r>
    </w:p>
    <w:p>
      <w:pPr>
        <w:keepNext w:val="0"/>
        <w:spacing w:before="120" w:after="0" w:line="260" w:lineRule="exact"/>
        <w:ind w:left="360" w:right="0" w:firstLine="0"/>
        <w:jc w:val="left"/>
      </w:pPr>
      <w:r>
        <w:rPr>
          <w:rFonts w:ascii="Times New Roman" w:hAnsi="Times New Roman" w:eastAsia="Times New Roman" w:cs="Times New Roman"/>
          <w:b w:val="0"/>
          <w:sz w:val="24"/>
        </w:rPr>
        <w:t>Name: [name]</w:t>
      </w:r>
    </w:p>
    <w:p>
      <w:pPr>
        <w:keepNext w:val="0"/>
        <w:spacing w:before="120" w:after="0" w:line="260" w:lineRule="exact"/>
        <w:ind w:left="360" w:right="0" w:firstLine="0"/>
        <w:jc w:val="left"/>
      </w:pPr>
      <w:r>
        <w:rPr>
          <w:rFonts w:ascii="Times New Roman" w:hAnsi="Times New Roman" w:eastAsia="Times New Roman" w:cs="Times New Roman"/>
          <w:b w:val="0"/>
          <w:sz w:val="24"/>
        </w:rPr>
        <w:t>Title: [title]</w:t>
      </w:r>
    </w:p>
    <w:p>
      <w:pPr>
        <w:keepNext w:val="0"/>
        <w:spacing w:before="120" w:after="0" w:line="260" w:lineRule="exact"/>
        <w:ind w:left="360" w:right="0" w:firstLine="0"/>
        <w:jc w:val="left"/>
      </w:pPr>
      <w:r>
        <w:rPr>
          <w:rFonts w:ascii="Times New Roman" w:hAnsi="Times New Roman" w:eastAsia="Times New Roman" w:cs="Times New Roman"/>
          <w:b w:val="0"/>
          <w:sz w:val="24"/>
        </w:rPr>
        <w:t>By: ____________________</w:t>
      </w:r>
    </w:p>
    <w:p>
      <w:pPr>
        <w:keepNext w:val="0"/>
        <w:spacing w:before="120" w:after="0" w:line="260" w:lineRule="exact"/>
        <w:ind w:left="360" w:right="0" w:firstLine="0"/>
        <w:jc w:val="left"/>
      </w:pPr>
      <w:r>
        <w:rPr>
          <w:rFonts w:ascii="Times New Roman" w:hAnsi="Times New Roman" w:eastAsia="Times New Roman" w:cs="Times New Roman"/>
          <w:b w:val="0"/>
          <w:sz w:val="24"/>
        </w:rPr>
        <w:t>Name: [name]</w:t>
      </w:r>
    </w:p>
    <w:p>
      <w:pPr>
        <w:keepNext w:val="0"/>
        <w:spacing w:before="120" w:after="0" w:line="260" w:lineRule="exact"/>
        <w:ind w:left="360" w:right="0" w:firstLine="0"/>
        <w:jc w:val="left"/>
      </w:pPr>
      <w:r>
        <w:rPr>
          <w:rFonts w:ascii="Times New Roman" w:hAnsi="Times New Roman" w:eastAsia="Times New Roman" w:cs="Times New Roman"/>
          <w:b w:val="0"/>
          <w:sz w:val="24"/>
        </w:rPr>
        <w:t>Title: [title]</w:t>
      </w:r>
    </w:p>
    <w:p>
      <w:pP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