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Certificate of Limited Partnership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STATE OF NORTH CAROLINA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CERTIFICATE OF LIMITED PARTNERSHIP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OF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[NAME OF LIMITED PARTNERSHIP]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name of the limited partnership is [name of limited partnership] (the "Partnership").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address of the Partnership's registered office is [registered office address] and the name of the registered agent at that address is [name of registered agent].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Partnership's records will be maintained at [address].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name and address of each general partner is as follows: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[general partner name and address]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[general partner name and address]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We, the undersigned, hereby declare under the penalties of perjury that the statements made in the foregoing Certificate of Limited Partnership are true and correct.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 (General Partner or Authorized Agent)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(type or print)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 (General Partner or Authorized Agent)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(type or print)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EXHIBIT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[attach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Original Appointment of Statutory Agent and Acceptance of Appointment that was filed with the Secretary of State]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