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OHIO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LIMITED PARTNERSHIP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principal place of business is [principal office address].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address of each general partner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We, the undersigned, hereby declare that the statements made in the foregoing Certificate of Limited Partnership are true and correct.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[attach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Original Appointment of Statutory Agent and Acceptance of Appointment that was filed with the Secretary of State]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