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Certificate of Limited Partnership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STATE OF PENNSYLVANIA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CERTIFICATE OF LIMITED PARTNERSHIP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[NAME OF LIMITED PARTNERSHIP]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of the limited partnership is [name of limited partnership] (the "Partnership").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address of the Partnership's registered office is [registered office address].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and mailing address of each general partner is as follows: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[general partner name and 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[general partner name and address]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We, the undersigned, hereby declare, under the penalties of perjury set forth in 18 Pa. Cons. Stat. Ann. § 4904, that the statements made in the foregoing Certificate of Limited Partnership are true, correct, and in compliance with the applicable statutes of the Pennsylvania Uniform Limited Partnership Act.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 (General Partner or Authorized Agent)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(type or print)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 (General Partner or Authorized Agent)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(type or print)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Contact to return filed document: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[phone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[mailing address or email address]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