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Certificate of Limited Partnership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STATE OF TEXAS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CERTIFICATE OF LIMITED PARTNERSHIP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[NAME OF LIMITED PARTNERSHIP]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filing entity being formed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limited partnership. The name of the limited partnership is [name of limited partnership] (the "Partnership").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address of the Partnership's principal office where records will be kept and made available under Section 153.551 Texas Business Organizations Code is [street address of principal office].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address of the Partnership's registered office is [registered office address] and the name of the registered agent at that address is [name of registered agent].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name and address of each general partner is as follows: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[general partner name and 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[general partner name and address]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We, the undersigned, hereby declare that the statements made in the foregoing Certificate of Limited Partnership are true and correct.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(General Partner or Authorized Agent)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(type or print)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(General Partner or Authorized Agent)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(type or print)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