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Certificate of Merger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STATE OF DELAWARE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CERTIFICATE OF MERGER OF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DOMESTIC LIMITED LIABILITY COMPANIES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Pursuant to Title 6, Section 18-209 of the Delaware Limited Liability Act, the undersigned limited liability company executed the following Certificate of Merger: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and jurisdiction of formation of each constituent limited liability company of the merger are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Delaware limited liability company and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Delaware limited liability company.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Agreement of Merger has been approved, adopted, certified, executed and acknowledged by each of the constituent limited liability companies.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the surviving limited liability company is [name].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merger is to become effective on [date].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Agreement of Merger is on file at [address], the place of business of the surviving limited liability company.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Agreement of Merger will be furnished by the surviving limited liability company on request, without cost, to any member of the constituent limited liability companies.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IN WITNESS WHEREOF, said surviving limited liability company has caused this certificate to be signed by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authorized person, the [day]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By:____________________________________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Authorized Person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Name: [________________]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[________________]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