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Certificate of Merit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Commonwealth of Pennsylvania</w:t>
      </w:r>
    </w:p>
    <w:p>
      <w:pPr>
        <w:keepNext w:val="0"/>
        <w:spacing w:before="200" w:after="0" w:line="260" w:lineRule="exact"/>
        <w:ind w:left="720" w:right="0" w:firstLine="0"/>
        <w:jc w:val="center"/>
      </w:pPr>
      <w:r>
        <w:rPr>
          <w:rFonts w:ascii="Times New Roman" w:hAnsi="Times New Roman" w:eastAsia="Times New Roman" w:cs="Times New Roman"/>
          <w:b w:val="0"/>
          <w:sz w:val="24"/>
        </w:rPr>
        <w:t xml:space="preserve">IN THE COURT OF COMMON PLEAS </w:t>
      </w:r>
    </w:p>
    <w:p>
      <w:pPr>
        <w:keepNext w:val="0"/>
        <w:spacing w:before="200" w:after="0" w:line="260" w:lineRule="exact"/>
        <w:ind w:left="720" w:right="0" w:firstLine="0"/>
        <w:jc w:val="center"/>
      </w:pPr>
      <w:r>
        <w:rPr>
          <w:rFonts w:ascii="Times New Roman" w:hAnsi="Times New Roman" w:eastAsia="Times New Roman" w:cs="Times New Roman"/>
          <w:b w:val="0"/>
          <w:sz w:val="24"/>
        </w:rPr>
        <w:t>[NAME] COUNTY, PENNSYLVANIA</w:t>
      </w:r>
    </w:p>
    <w:p>
      <w:pPr>
        <w:keepNext w:val="0"/>
        <w:spacing w:before="200" w:after="0" w:line="260" w:lineRule="exact"/>
        <w:ind w:left="360" w:right="0" w:firstLine="0"/>
        <w:jc w:val="center"/>
      </w:pPr>
      <w:r>
        <w:rPr>
          <w:rFonts w:ascii="Times New Roman" w:hAnsi="Times New Roman" w:eastAsia="Times New Roman" w:cs="Times New Roman"/>
          <w:b/>
          <w:sz w:val="24"/>
        </w:rPr>
        <w:t>CERTIFICATE OF MERIT AS TO [Name of defendant]</w:t>
      </w:r>
    </w:p>
    <w:p>
      <w:pPr>
        <w:keepNext w:val="0"/>
        <w:spacing w:before="200" w:after="0" w:line="260" w:lineRule="exact"/>
        <w:ind w:left="720" w:right="0" w:firstLine="0"/>
        <w:jc w:val="both"/>
      </w:pPr>
      <w:r>
        <w:rPr>
          <w:rFonts w:ascii="Times New Roman" w:hAnsi="Times New Roman" w:eastAsia="Times New Roman" w:cs="Times New Roman"/>
          <w:b w:val="0"/>
          <w:sz w:val="24"/>
        </w:rPr>
        <w:t>I, [attorney or party], certify that:</w:t>
      </w:r>
    </w:p>
    <w:p>
      <w:pPr>
        <w:keepNext w:val="0"/>
        <w:spacing w:before="120" w:after="0" w:line="260" w:lineRule="exact"/>
        <w:ind w:left="1080" w:right="0" w:firstLine="0"/>
        <w:jc w:val="left"/>
      </w:pPr>
      <w:r>
        <w:rPr>
          <w:rFonts w:ascii="Times New Roman" w:hAnsi="Times New Roman" w:eastAsia="Times New Roman" w:cs="Times New Roman"/>
          <w:b w:val="0"/>
          <w:sz w:val="24"/>
        </w:rPr>
        <w:t>1.</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____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appropriate licensed professional has supplied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written statement to the undersigned that there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basis to conclude that the care, skill, or knowledge exercised or exhibited by this defendant in the treatment, practice, or work that is the subject of the complaint, fell outside acceptable professional standards and that such conduct was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cause in bringing about the harm;</w:t>
      </w:r>
    </w:p>
    <w:p>
      <w:pPr>
        <w:keepNext w:val="0"/>
        <w:spacing w:before="200" w:after="0" w:line="260" w:lineRule="exact"/>
        <w:ind w:left="1080" w:right="0" w:firstLine="0"/>
        <w:jc w:val="both"/>
      </w:pPr>
      <w:r>
        <w:rPr>
          <w:rFonts w:ascii="Times New Roman" w:hAnsi="Times New Roman" w:eastAsia="Times New Roman" w:cs="Times New Roman"/>
          <w:b/>
          <w:sz w:val="24"/>
        </w:rPr>
        <w:t>AND/OR</w:t>
      </w:r>
    </w:p>
    <w:p>
      <w:pPr>
        <w:keepNext w:val="0"/>
        <w:spacing w:before="120" w:after="0" w:line="260" w:lineRule="exact"/>
        <w:ind w:left="1080" w:right="0" w:firstLine="0"/>
        <w:jc w:val="left"/>
      </w:pPr>
      <w:r>
        <w:rPr>
          <w:rFonts w:ascii="Times New Roman" w:hAnsi="Times New Roman" w:eastAsia="Times New Roman" w:cs="Times New Roman"/>
          <w:b w:val="0"/>
          <w:sz w:val="24"/>
        </w:rPr>
        <w:t>2.</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____ The claim that this defendant deviated from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acceptable professional standard is based solely on allegations that other licensed professionals for whom this defendant is responsible deviated from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acceptable professional standard and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appropriate licensed professional has supplied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written statement to the undersigned that there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basis to conclude that the care, skill, or knowledge exercised or exhibited by the other licensed professionals in the treatment, practice, or work that is the subject of the complaint, fell outside acceptable professional standards and that such conduct was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cause in bringing about the harm;</w:t>
      </w:r>
    </w:p>
    <w:p>
      <w:pPr>
        <w:keepNext w:val="0"/>
        <w:spacing w:before="200" w:after="0" w:line="260" w:lineRule="exact"/>
        <w:ind w:left="1080" w:right="0" w:firstLine="0"/>
        <w:jc w:val="both"/>
      </w:pPr>
      <w:r>
        <w:rPr>
          <w:rFonts w:ascii="Times New Roman" w:hAnsi="Times New Roman" w:eastAsia="Times New Roman" w:cs="Times New Roman"/>
          <w:b/>
          <w:sz w:val="24"/>
        </w:rPr>
        <w:t>OR</w:t>
      </w:r>
    </w:p>
    <w:p>
      <w:pPr>
        <w:keepNext w:val="0"/>
        <w:spacing w:before="120" w:after="0" w:line="260" w:lineRule="exact"/>
        <w:ind w:left="1080" w:right="0" w:firstLine="0"/>
        <w:jc w:val="left"/>
      </w:pPr>
      <w:r>
        <w:rPr>
          <w:rFonts w:ascii="Times New Roman" w:hAnsi="Times New Roman" w:eastAsia="Times New Roman" w:cs="Times New Roman"/>
          <w:b w:val="0"/>
          <w:sz w:val="24"/>
        </w:rPr>
        <w:t>3.</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____ Expert testimony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appropriate licensed professional is unnecessary for prosecution of the claim against this defendant.</w:t>
      </w:r>
    </w:p>
    <w:p>
      <w:pPr/>
    </w:p>
    <w:p>
      <w:pPr>
        <w:keepNext w:val="0"/>
        <w:spacing w:before="200" w:after="0" w:line="260" w:lineRule="exact"/>
        <w:ind w:left="360" w:right="0" w:firstLine="0"/>
        <w:jc w:val="both"/>
      </w:pPr>
      <w:r>
        <w:rPr>
          <w:rFonts w:ascii="Times New Roman" w:hAnsi="Times New Roman" w:eastAsia="Times New Roman" w:cs="Times New Roman"/>
          <w:b w:val="0"/>
          <w:sz w:val="24"/>
        </w:rPr>
        <w:t>DATED: 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of attorney / pro se party]</w:t>
      </w:r>
      <w:r>
        <w:rPr>
          <w:rFonts w:ascii="Times New Roman" w:hAnsi="Times New Roman" w:eastAsia="Times New Roman" w:cs="Times New Roman"/>
          <w:sz w:val="24"/>
        </w:rPr>
        <w:br/>
      </w:r>
      <w:r>
        <w:rPr>
          <w:rFonts w:ascii="Times New Roman" w:hAnsi="Times New Roman" w:eastAsia="Times New Roman" w:cs="Times New Roman"/>
          <w:b w:val="0"/>
          <w:sz w:val="24"/>
        </w:rPr>
        <w:t>Attorney for Plaintiff</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