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Organization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Limited Liability Company</w:t>
      </w:r>
      <w:r>
        <w:rPr>
          <w:rFonts w:ascii="Times New Roman" w:hAnsi="Times New Roman" w:eastAsia="Times New Roman" w:cs="Times New Roman"/>
          <w:sz w:val="24"/>
        </w:rPr>
        <w:br/>
      </w:r>
      <w:r>
        <w:rPr>
          <w:rFonts w:ascii="Times New Roman" w:hAnsi="Times New Roman" w:eastAsia="Times New Roman" w:cs="Times New Roman"/>
          <w:b/>
          <w:sz w:val="24"/>
        </w:rPr>
        <w:t>Certificate of Organization</w:t>
      </w:r>
      <w:r>
        <w:rPr>
          <w:rFonts w:ascii="Times New Roman" w:hAnsi="Times New Roman" w:eastAsia="Times New Roman" w:cs="Times New Roman"/>
          <w:sz w:val="24"/>
        </w:rPr>
        <w:br/>
      </w:r>
      <w:r>
        <w:rPr>
          <w:rFonts w:ascii="Times New Roman" w:hAnsi="Times New Roman" w:eastAsia="Times New Roman" w:cs="Times New Roman"/>
          <w:b/>
          <w:sz w:val="24"/>
        </w:rPr>
        <w:t>(General Laws Chapter 156C, Section 12)</w:t>
      </w:r>
    </w:p>
    <w:p>
      <w:pPr>
        <w:keepNext w:val="0"/>
        <w:spacing w:before="200" w:after="0" w:line="260" w:lineRule="exact"/>
        <w:ind w:left="720" w:right="0" w:firstLine="0"/>
        <w:jc w:val="both"/>
      </w:pPr>
      <w:r>
        <w:rPr>
          <w:rFonts w:ascii="Times New Roman" w:hAnsi="Times New Roman" w:eastAsia="Times New Roman" w:cs="Times New Roman"/>
          <w:b w:val="0"/>
          <w:sz w:val="24"/>
        </w:rPr>
        <w:t>Federal Identification No.: [number]</w:t>
      </w:r>
    </w:p>
    <w:p>
      <w:pPr>
        <w:keepNext w:val="0"/>
        <w:spacing w:before="200" w:after="0" w:line="260" w:lineRule="exact"/>
        <w:ind w:left="720" w:right="0" w:firstLine="0"/>
        <w:jc w:val="both"/>
      </w:pPr>
      <w:r>
        <w:rPr>
          <w:rFonts w:ascii="Times New Roman" w:hAnsi="Times New Roman" w:eastAsia="Times New Roman" w:cs="Times New Roman"/>
          <w:b w:val="0"/>
          <w:sz w:val="24"/>
        </w:rPr>
        <w:t>Pursuant to the provisions of the Massachusetts Limited Liability Company Act (the “Act”), the undersigned hereby certifies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of the Limited Liability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exact name of the limited liability company formed hereby (the “LLC”) is [name of LLC].</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 of the Limited Liability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address of the office of the LLC in the Commonwealth of Massachusetts where the records of the LLC will be kept and maintained as required by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of the Act is [office address].</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of the LLC.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general character of the business of the LLC is [description of LLC’s business]. The LLC may also carry on any other lawful business, trade, purpose or activity.</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Date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LLC has no specific date of dissolution.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 for Service of Process.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and address of the resident agent for service of process for the LLC is [name] [address].</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and business address, if different from office location, of each manager, if any:</w:t>
      </w:r>
    </w:p>
    <w:p>
      <w:pPr>
        <w:keepNext w:val="0"/>
        <w:spacing w:before="200" w:after="0" w:line="260" w:lineRule="exact"/>
        <w:ind w:left="1440" w:right="0" w:firstLine="0"/>
        <w:jc w:val="both"/>
      </w:pPr>
      <w:r>
        <w:rPr>
          <w:rFonts w:ascii="Times New Roman" w:hAnsi="Times New Roman" w:eastAsia="Times New Roman" w:cs="Times New Roman"/>
          <w:b w:val="0"/>
          <w:sz w:val="24"/>
        </w:rPr>
        <w:t>[Name of Manager]</w:t>
      </w:r>
    </w:p>
    <w:p>
      <w:pPr>
        <w:keepNext w:val="0"/>
        <w:spacing w:before="200" w:after="0" w:line="260" w:lineRule="exact"/>
        <w:ind w:left="144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440" w:right="0" w:firstLine="0"/>
        <w:jc w:val="both"/>
      </w:pPr>
      <w:r>
        <w:rPr>
          <w:rFonts w:ascii="Times New Roman" w:hAnsi="Times New Roman" w:eastAsia="Times New Roman" w:cs="Times New Roman"/>
          <w:b w:val="0"/>
          <w:sz w:val="24"/>
        </w:rPr>
        <w:t>[City, State, Zip Code]</w:t>
      </w:r>
    </w:p>
    <w:p>
      <w:pPr>
        <w:keepNext w:val="0"/>
        <w:spacing w:before="200" w:after="0" w:line="260" w:lineRule="exact"/>
        <w:ind w:left="1440" w:right="0" w:firstLine="0"/>
        <w:jc w:val="both"/>
      </w:pPr>
      <w:r>
        <w:rPr>
          <w:rFonts w:ascii="Times New Roman" w:hAnsi="Times New Roman" w:eastAsia="Times New Roman" w:cs="Times New Roman"/>
          <w:b w:val="0"/>
          <w:sz w:val="24"/>
        </w:rPr>
        <w:t>[Name of Manager]</w:t>
      </w:r>
    </w:p>
    <w:p>
      <w:pPr>
        <w:keepNext w:val="0"/>
        <w:spacing w:before="200" w:after="0" w:line="260" w:lineRule="exact"/>
        <w:ind w:left="144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440" w:right="0" w:firstLine="0"/>
        <w:jc w:val="both"/>
      </w:pPr>
      <w:r>
        <w:rPr>
          <w:rFonts w:ascii="Times New Roman" w:hAnsi="Times New Roman" w:eastAsia="Times New Roman" w:cs="Times New Roman"/>
          <w:b w:val="0"/>
          <w:sz w:val="24"/>
        </w:rPr>
        <w:t>[City, State, Zip Code]</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Execution of Documents.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 and business address, if different from office location, of each person in addition to manager(s) authorized to execute documents filed with the Corporations Division, and at least one person shall be named if there are no managers:</w:t>
      </w:r>
    </w:p>
    <w:p>
      <w:pPr>
        <w:keepNext w:val="0"/>
        <w:spacing w:before="200" w:after="0" w:line="260" w:lineRule="exact"/>
        <w:ind w:left="1440" w:right="0" w:firstLine="0"/>
        <w:jc w:val="both"/>
      </w:pPr>
      <w:r>
        <w:rPr>
          <w:rFonts w:ascii="Times New Roman" w:hAnsi="Times New Roman" w:eastAsia="Times New Roman" w:cs="Times New Roman"/>
          <w:b w:val="0"/>
          <w:sz w:val="24"/>
        </w:rPr>
        <w:t>[Name]</w:t>
      </w:r>
    </w:p>
    <w:p>
      <w:pPr>
        <w:keepNext w:val="0"/>
        <w:spacing w:before="200" w:after="0" w:line="260" w:lineRule="exact"/>
        <w:ind w:left="144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440" w:right="0" w:firstLine="0"/>
        <w:jc w:val="both"/>
      </w:pPr>
      <w:r>
        <w:rPr>
          <w:rFonts w:ascii="Times New Roman" w:hAnsi="Times New Roman" w:eastAsia="Times New Roman" w:cs="Times New Roman"/>
          <w:b w:val="0"/>
          <w:sz w:val="24"/>
        </w:rPr>
        <w:t>[City, State, Zip Code]</w:t>
      </w:r>
    </w:p>
    <w:p>
      <w:pPr>
        <w:keepNext w:val="0"/>
        <w:spacing w:before="200" w:after="0" w:line="260" w:lineRule="exact"/>
        <w:ind w:left="1440" w:right="0" w:firstLine="0"/>
        <w:jc w:val="both"/>
      </w:pPr>
      <w:r>
        <w:rPr>
          <w:rFonts w:ascii="Times New Roman" w:hAnsi="Times New Roman" w:eastAsia="Times New Roman" w:cs="Times New Roman"/>
          <w:b w:val="0"/>
          <w:sz w:val="24"/>
        </w:rPr>
        <w:t>[Name]</w:t>
      </w:r>
    </w:p>
    <w:p>
      <w:pPr>
        <w:keepNext w:val="0"/>
        <w:spacing w:before="200" w:after="0" w:line="260" w:lineRule="exact"/>
        <w:ind w:left="144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440" w:right="0" w:firstLine="0"/>
        <w:jc w:val="both"/>
      </w:pPr>
      <w:r>
        <w:rPr>
          <w:rFonts w:ascii="Times New Roman" w:hAnsi="Times New Roman" w:eastAsia="Times New Roman" w:cs="Times New Roman"/>
          <w:b w:val="0"/>
          <w:sz w:val="24"/>
        </w:rPr>
        <w:t>[City, State, Zip Code]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hereby executes this Certificate on this [___], day of [________], 20[__].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Consent of Resident Agent:</w:t>
      </w:r>
    </w:p>
    <w:p>
      <w:pPr>
        <w:keepNext w:val="0"/>
        <w:spacing w:before="200" w:after="0" w:line="260" w:lineRule="exact"/>
        <w:ind w:left="720" w:right="0" w:firstLine="0"/>
        <w:jc w:val="both"/>
      </w:pPr>
      <w:r>
        <w:rPr>
          <w:rFonts w:ascii="Times New Roman" w:hAnsi="Times New Roman" w:eastAsia="Times New Roman" w:cs="Times New Roman"/>
          <w:b w:val="0"/>
          <w:sz w:val="24"/>
        </w:rPr>
        <w:t>I [______________], resident agent of the above limited liability company, consent to my appointment as resident agent pursuant to G.L. c 156C § 12.</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